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Liberation Serif" w:hAnsi="Liberation Serif"/>
          <w:b/>
          <w:sz w:val="36"/>
        </w:rPr>
        <w:t>ДВИЖЕНИЕ СОЦИАЛ-ПАТРИОТОВ РОССИИ</w:t>
      </w:r>
    </w:p>
    <w:p>
      <w:pPr>
        <w:jc w:val="center"/>
      </w:pPr>
      <w:r>
        <w:rPr>
          <w:rFonts w:ascii="Liberation Serif" w:hAnsi="Liberation Serif"/>
          <w:b/>
          <w:sz w:val="32"/>
        </w:rPr>
        <w:t>ДСПР</w:t>
      </w:r>
    </w:p>
    <w:p>
      <w:pPr>
        <w:jc w:val="center"/>
      </w:pPr>
      <w:r>
        <w:rPr>
          <w:rFonts w:ascii="Liberation Serif" w:hAnsi="Liberation Serif"/>
          <w:b/>
          <w:sz w:val="52"/>
        </w:rPr>
        <w:t>КТО МЫ</w:t>
      </w:r>
    </w:p>
    <w:p>
      <w:pPr>
        <w:jc w:val="center"/>
      </w:pPr>
      <w:r>
        <w:rPr>
          <w:rFonts w:ascii="Liberation Serif" w:hAnsi="Liberation Serif"/>
          <w:i/>
          <w:sz w:val="24"/>
        </w:rPr>
        <w:t>Публичный базовый документ движения</w:t>
      </w:r>
    </w:p>
    <w:p>
      <w:pPr>
        <w:jc w:val="center"/>
      </w:pPr>
      <w:r>
        <w:rPr>
          <w:rFonts w:ascii="Liberation Serif" w:hAnsi="Liberation Serif"/>
          <w:sz w:val="21"/>
        </w:rPr>
        <w:t>Версия 1.1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9746"/>
      </w:tblGrid>
      <w:tr>
        <w:tc>
          <w:tcPr>
            <w:tcW w:type="dxa" w:w="9746"/>
            <w:shd w:fill="000000"/>
          </w:tcPr>
          <w:p>
            <w:r/>
          </w:p>
        </w:tc>
      </w:tr>
    </w:tbl>
    <w:p>
      <w:pPr>
        <w:jc w:val="center"/>
      </w:pPr>
      <w:r>
        <w:rPr>
          <w:rFonts w:ascii="Liberation Serif" w:hAnsi="Liberation Serif"/>
          <w:b/>
          <w:sz w:val="25"/>
        </w:rPr>
        <w:t>Порядок. Труд. Отечество.</w:t>
      </w:r>
    </w:p>
    <w:p>
      <w:pPr>
        <w:jc w:val="center"/>
      </w:pPr>
      <w:r>
        <w:rPr>
          <w:rFonts w:ascii="Liberation Serif" w:hAnsi="Liberation Serif"/>
          <w:i/>
          <w:sz w:val="21"/>
        </w:rPr>
        <w:t>Военный лозунг: Слава России - к Победе!</w:t>
      </w:r>
    </w:p>
    <w:p/>
    <w:p>
      <w:pPr>
        <w:pStyle w:val="Heading1"/>
        <w:spacing w:before="200" w:after="80"/>
      </w:pPr>
      <w:r>
        <w:t>1. Что такое ДСПР</w:t>
      </w:r>
    </w:p>
    <w:p>
      <w:pPr>
        <w:spacing w:after="80" w:line="247" w:lineRule="auto"/>
      </w:pPr>
      <w:r>
        <w:rPr>
          <w:rFonts w:ascii="Liberation Serif" w:hAnsi="Liberation Serif"/>
          <w:b/>
          <w:i w:val="0"/>
          <w:sz w:val="21"/>
        </w:rPr>
        <w:t>ДСПР - Движение Социал-Патриотов России.</w:t>
      </w:r>
    </w:p>
    <w:p>
      <w:pPr>
        <w:spacing w:after="80" w:line="247" w:lineRule="auto"/>
      </w:pPr>
      <w:r>
        <w:rPr>
          <w:rFonts w:ascii="Liberation Serif" w:hAnsi="Liberation Serif"/>
          <w:b w:val="0"/>
          <w:i w:val="0"/>
          <w:sz w:val="21"/>
        </w:rPr>
        <w:t>Мы - формирующееся общественно-политическое интернет-движение, которое выступает за социальную справедливость, защиту рабочего класса, сильное государство, порядок, гражданский национализм, патриотизм, труд, службу и национальное единство.</w:t>
      </w:r>
    </w:p>
    <w:p>
      <w:pPr>
        <w:spacing w:after="80" w:line="247" w:lineRule="auto"/>
      </w:pPr>
      <w:r>
        <w:rPr>
          <w:rFonts w:ascii="Liberation Serif" w:hAnsi="Liberation Serif"/>
          <w:b w:val="0"/>
          <w:i w:val="0"/>
          <w:sz w:val="21"/>
        </w:rPr>
        <w:t>ДСПР не является партией и не изображает из себя массовую структуру. На текущем этапе мы работаем в информационном, аналитическом и организационном поле: публикуем материалы, формируем идеологическую базу, развиваем площадки, ищем сторонников и людей, готовых к работе.</w:t>
      </w:r>
    </w:p>
    <w:p>
      <w:pPr>
        <w:spacing w:after="80" w:line="247" w:lineRule="auto"/>
      </w:pPr>
      <w:r>
        <w:rPr>
          <w:rFonts w:ascii="Liberation Serif" w:hAnsi="Liberation Serif"/>
          <w:b w:val="0"/>
          <w:i w:val="0"/>
          <w:sz w:val="21"/>
        </w:rPr>
        <w:t>Наши основные площадки сейчас:</w:t>
      </w:r>
    </w:p>
    <w:p>
      <w:pPr>
        <w:pStyle w:val="ListBullet"/>
        <w:spacing w:after="40"/>
      </w:pPr>
      <w:r>
        <w:rPr>
          <w:rFonts w:ascii="Liberation Serif" w:hAnsi="Liberation Serif"/>
          <w:sz w:val="21"/>
        </w:rPr>
        <w:t>Telegram;</w:t>
      </w:r>
    </w:p>
    <w:p>
      <w:pPr>
        <w:pStyle w:val="ListBullet"/>
        <w:spacing w:after="40"/>
      </w:pPr>
      <w:r>
        <w:rPr>
          <w:rFonts w:ascii="Liberation Serif" w:hAnsi="Liberation Serif"/>
          <w:sz w:val="21"/>
        </w:rPr>
        <w:t>VK;</w:t>
      </w:r>
    </w:p>
    <w:p>
      <w:pPr>
        <w:pStyle w:val="ListBullet"/>
        <w:spacing w:after="40"/>
      </w:pPr>
      <w:r>
        <w:rPr>
          <w:rFonts w:ascii="Liberation Serif" w:hAnsi="Liberation Serif"/>
          <w:sz w:val="21"/>
        </w:rPr>
        <w:t>YouTube.</w:t>
      </w:r>
    </w:p>
    <w:p>
      <w:pPr>
        <w:spacing w:after="80" w:line="247" w:lineRule="auto"/>
      </w:pPr>
      <w:r>
        <w:rPr>
          <w:rFonts w:ascii="Liberation Serif" w:hAnsi="Liberation Serif"/>
          <w:b w:val="0"/>
          <w:i w:val="0"/>
          <w:sz w:val="21"/>
        </w:rPr>
        <w:t>Мы не даём невыполнимых обещаний и не имитируем возможности, которых пока нет. Наша задача на нынешнем этапе - создать идейное ядро, медийную базу и рабочую организацию, способную постепенно расти.</w:t>
      </w:r>
    </w:p>
    <w:p>
      <w:pPr>
        <w:pStyle w:val="Heading1"/>
        <w:spacing w:before="200" w:after="80"/>
      </w:pPr>
      <w:r>
        <w:t>2. Почему мы называем себя социал-патриотами</w:t>
      </w:r>
    </w:p>
    <w:p>
      <w:pPr>
        <w:spacing w:after="80" w:line="247" w:lineRule="auto"/>
      </w:pPr>
      <w:r>
        <w:rPr>
          <w:rFonts w:ascii="Liberation Serif" w:hAnsi="Liberation Serif"/>
          <w:b w:val="0"/>
          <w:i w:val="0"/>
          <w:sz w:val="21"/>
        </w:rPr>
        <w:t>Социал-патриотизм для нас - это синтез идей ради развития России.</w:t>
      </w:r>
    </w:p>
    <w:p>
      <w:pPr>
        <w:spacing w:after="80" w:line="247" w:lineRule="auto"/>
      </w:pPr>
      <w:r>
        <w:rPr>
          <w:rFonts w:ascii="Liberation Serif" w:hAnsi="Liberation Serif"/>
          <w:b w:val="0"/>
          <w:i w:val="0"/>
          <w:sz w:val="21"/>
        </w:rPr>
        <w:t>С одной стороны - социальная справедливость, защита рабочего класса, уважение к труду, развитие социального государства и право народа на достойную жизнь.</w:t>
      </w:r>
    </w:p>
    <w:p>
      <w:pPr>
        <w:spacing w:after="80" w:line="247" w:lineRule="auto"/>
      </w:pPr>
      <w:r>
        <w:rPr>
          <w:rFonts w:ascii="Liberation Serif" w:hAnsi="Liberation Serif"/>
          <w:b w:val="0"/>
          <w:i w:val="0"/>
          <w:sz w:val="21"/>
        </w:rPr>
        <w:t>С другой стороны - гражданский национализм, патриотизм, государственность, порядок, суверенитет, величие Отечества, служба и национальное единство.</w:t>
      </w:r>
    </w:p>
    <w:p>
      <w:pPr>
        <w:spacing w:after="80" w:line="247" w:lineRule="auto"/>
      </w:pPr>
      <w:r>
        <w:rPr>
          <w:rFonts w:ascii="Liberation Serif" w:hAnsi="Liberation Serif"/>
          <w:b w:val="0"/>
          <w:i w:val="0"/>
          <w:sz w:val="21"/>
        </w:rPr>
        <w:t>Мы считаем, что эти идеи не должны воевать между собой.</w:t>
      </w:r>
    </w:p>
    <w:p>
      <w:pPr>
        <w:spacing w:after="80" w:line="247" w:lineRule="auto"/>
      </w:pPr>
      <w:r>
        <w:rPr>
          <w:rFonts w:ascii="Liberation Serif" w:hAnsi="Liberation Serif"/>
          <w:b w:val="0"/>
          <w:i w:val="0"/>
          <w:sz w:val="21"/>
        </w:rPr>
        <w:t>Россия не может быть сильной, если в ней унижен трудящийся человек.</w:t>
      </w:r>
    </w:p>
    <w:p>
      <w:pPr>
        <w:spacing w:after="80" w:line="247" w:lineRule="auto"/>
      </w:pPr>
      <w:r>
        <w:rPr>
          <w:rFonts w:ascii="Liberation Serif" w:hAnsi="Liberation Serif"/>
          <w:b w:val="0"/>
          <w:i w:val="0"/>
          <w:sz w:val="21"/>
        </w:rPr>
        <w:t>Россия не может быть справедливой, если в ней слабое государство.</w:t>
      </w:r>
    </w:p>
    <w:p>
      <w:pPr>
        <w:spacing w:after="80" w:line="247" w:lineRule="auto"/>
      </w:pPr>
      <w:r>
        <w:rPr>
          <w:rFonts w:ascii="Liberation Serif" w:hAnsi="Liberation Serif"/>
          <w:b w:val="0"/>
          <w:i w:val="0"/>
          <w:sz w:val="21"/>
        </w:rPr>
        <w:t>Россия не может развиваться, если общество расколото между левыми и правыми лагерями, которые чаще спорят о прошлом, чем работают над будущим.</w:t>
      </w:r>
    </w:p>
    <w:p>
      <w:pPr>
        <w:spacing w:after="80" w:line="247" w:lineRule="auto"/>
      </w:pPr>
      <w:r>
        <w:rPr>
          <w:rFonts w:ascii="Liberation Serif" w:hAnsi="Liberation Serif"/>
          <w:b w:val="0"/>
          <w:i w:val="0"/>
          <w:sz w:val="21"/>
        </w:rPr>
        <w:t>ДСПР исходит из простой позиции:</w:t>
      </w:r>
    </w:p>
    <w:p>
      <w:pPr>
        <w:spacing w:before="80" w:after="160"/>
        <w:ind w:left="340" w:right="170"/>
      </w:pPr>
      <w:r>
        <w:rPr>
          <w:rFonts w:ascii="Liberation Serif" w:hAnsi="Liberation Serif"/>
          <w:b/>
          <w:i/>
          <w:sz w:val="21"/>
        </w:rPr>
        <w:t>стране нужны не вечные идеологические войны, а синтез идей ради развития.</w:t>
      </w:r>
    </w:p>
    <w:p>
      <w:pPr>
        <w:pStyle w:val="Heading1"/>
        <w:spacing w:before="200" w:after="80"/>
      </w:pPr>
      <w:r>
        <w:t>3. Что мы берём от левой политической идеи</w:t>
      </w:r>
    </w:p>
    <w:p>
      <w:pPr>
        <w:spacing w:after="80" w:line="247" w:lineRule="auto"/>
      </w:pPr>
      <w:r>
        <w:rPr>
          <w:rFonts w:ascii="Liberation Serif" w:hAnsi="Liberation Serif"/>
          <w:b w:val="0"/>
          <w:i w:val="0"/>
          <w:sz w:val="21"/>
        </w:rPr>
        <w:t>Левая идея для нас - это не культ старых идей и вождей и не мечта о революционных преобразованиях ради построения рабочего или национального «рая» в стране.</w:t>
      </w:r>
    </w:p>
    <w:p>
      <w:pPr>
        <w:spacing w:after="80" w:line="247" w:lineRule="auto"/>
      </w:pPr>
      <w:r>
        <w:rPr>
          <w:rFonts w:ascii="Liberation Serif" w:hAnsi="Liberation Serif"/>
          <w:b w:val="0"/>
          <w:i w:val="0"/>
          <w:sz w:val="21"/>
        </w:rPr>
        <w:t>От левой идеи мы берём:</w:t>
      </w:r>
    </w:p>
    <w:p>
      <w:pPr>
        <w:pStyle w:val="ListBullet"/>
        <w:spacing w:after="40"/>
      </w:pPr>
      <w:r>
        <w:rPr>
          <w:rFonts w:ascii="Liberation Serif" w:hAnsi="Liberation Serif"/>
          <w:sz w:val="21"/>
        </w:rPr>
        <w:t>защиту рабочего класса;</w:t>
      </w:r>
    </w:p>
    <w:p>
      <w:pPr>
        <w:pStyle w:val="ListBullet"/>
        <w:spacing w:after="40"/>
      </w:pPr>
      <w:r>
        <w:rPr>
          <w:rFonts w:ascii="Liberation Serif" w:hAnsi="Liberation Serif"/>
          <w:sz w:val="21"/>
        </w:rPr>
        <w:t>уважение к труду;</w:t>
      </w:r>
    </w:p>
    <w:p>
      <w:pPr>
        <w:pStyle w:val="ListBullet"/>
        <w:spacing w:after="40"/>
      </w:pPr>
      <w:r>
        <w:rPr>
          <w:rFonts w:ascii="Liberation Serif" w:hAnsi="Liberation Serif"/>
          <w:sz w:val="21"/>
        </w:rPr>
        <w:t>социальное государство;</w:t>
      </w:r>
    </w:p>
    <w:p>
      <w:pPr>
        <w:pStyle w:val="ListBullet"/>
        <w:spacing w:after="40"/>
      </w:pPr>
      <w:r>
        <w:rPr>
          <w:rFonts w:ascii="Liberation Serif" w:hAnsi="Liberation Serif"/>
          <w:sz w:val="21"/>
        </w:rPr>
        <w:t>право народа на достойную жизнь;</w:t>
      </w:r>
    </w:p>
    <w:p>
      <w:pPr>
        <w:pStyle w:val="ListBullet"/>
        <w:spacing w:after="40"/>
      </w:pPr>
      <w:r>
        <w:rPr>
          <w:rFonts w:ascii="Liberation Serif" w:hAnsi="Liberation Serif"/>
          <w:sz w:val="21"/>
        </w:rPr>
        <w:t>борьбу с бедностью и социальным унижением;</w:t>
      </w:r>
    </w:p>
    <w:p>
      <w:pPr>
        <w:pStyle w:val="ListBullet"/>
        <w:spacing w:after="40"/>
      </w:pPr>
      <w:r>
        <w:rPr>
          <w:rFonts w:ascii="Liberation Serif" w:hAnsi="Liberation Serif"/>
          <w:sz w:val="21"/>
        </w:rPr>
        <w:t>неприятие системы, где связи, деньги и положение значат больше труда, пользы, компетентности и служения обществу.</w:t>
      </w:r>
    </w:p>
    <w:p>
      <w:pPr>
        <w:spacing w:after="80" w:line="247" w:lineRule="auto"/>
      </w:pPr>
      <w:r>
        <w:rPr>
          <w:rFonts w:ascii="Liberation Serif" w:hAnsi="Liberation Serif"/>
          <w:b w:val="0"/>
          <w:i w:val="0"/>
          <w:sz w:val="21"/>
        </w:rPr>
        <w:t>Мы считаем, что труд должен иметь реальную ценность.</w:t>
      </w:r>
    </w:p>
    <w:p>
      <w:pPr>
        <w:spacing w:after="80" w:line="247" w:lineRule="auto"/>
      </w:pPr>
      <w:r>
        <w:rPr>
          <w:rFonts w:ascii="Liberation Serif" w:hAnsi="Liberation Serif"/>
          <w:b w:val="0"/>
          <w:i w:val="0"/>
          <w:sz w:val="21"/>
        </w:rPr>
        <w:t>Рабочий, инженер, учитель, врач, военнослужащий, техник, специалист, фермер, работник аграрного сектора, предприниматель, создающий реальное дело, - все они должны быть основой государства, а не расходным материалом в системе хищного либерального капитализма.</w:t>
      </w:r>
    </w:p>
    <w:p>
      <w:pPr>
        <w:pStyle w:val="Heading1"/>
        <w:spacing w:before="200" w:after="80"/>
      </w:pPr>
      <w:r>
        <w:t>4. Что мы берём от правой политической идеи</w:t>
      </w:r>
    </w:p>
    <w:p>
      <w:pPr>
        <w:spacing w:after="80" w:line="247" w:lineRule="auto"/>
      </w:pPr>
      <w:r>
        <w:rPr>
          <w:rFonts w:ascii="Liberation Serif" w:hAnsi="Liberation Serif"/>
          <w:b w:val="0"/>
          <w:i w:val="0"/>
          <w:sz w:val="21"/>
        </w:rPr>
        <w:t>Правая идея для нас - это не радикальный этнонационализм, не шовинизм на почве нации, расы или происхождения, не уличная истерика и не культ силы ради силы.</w:t>
      </w:r>
    </w:p>
    <w:p>
      <w:pPr>
        <w:spacing w:after="80" w:line="247" w:lineRule="auto"/>
      </w:pPr>
      <w:r>
        <w:rPr>
          <w:rFonts w:ascii="Liberation Serif" w:hAnsi="Liberation Serif"/>
          <w:b w:val="0"/>
          <w:i w:val="0"/>
          <w:sz w:val="21"/>
        </w:rPr>
        <w:t>От правой политической идеи мы берём:</w:t>
      </w:r>
    </w:p>
    <w:p>
      <w:pPr>
        <w:pStyle w:val="ListBullet"/>
        <w:spacing w:after="40"/>
      </w:pPr>
      <w:r>
        <w:rPr>
          <w:rFonts w:ascii="Liberation Serif" w:hAnsi="Liberation Serif"/>
          <w:sz w:val="21"/>
        </w:rPr>
        <w:t>суверенитет России;</w:t>
      </w:r>
    </w:p>
    <w:p>
      <w:pPr>
        <w:pStyle w:val="ListBullet"/>
        <w:spacing w:after="40"/>
      </w:pPr>
      <w:r>
        <w:rPr>
          <w:rFonts w:ascii="Liberation Serif" w:hAnsi="Liberation Serif"/>
          <w:sz w:val="21"/>
        </w:rPr>
        <w:t>идею Великой России и её возрождения;</w:t>
      </w:r>
    </w:p>
    <w:p>
      <w:pPr>
        <w:pStyle w:val="ListBullet"/>
        <w:spacing w:after="40"/>
      </w:pPr>
      <w:r>
        <w:rPr>
          <w:rFonts w:ascii="Liberation Serif" w:hAnsi="Liberation Serif"/>
          <w:sz w:val="21"/>
        </w:rPr>
        <w:t>сильное государство;</w:t>
      </w:r>
    </w:p>
    <w:p>
      <w:pPr>
        <w:pStyle w:val="ListBullet"/>
        <w:spacing w:after="40"/>
      </w:pPr>
      <w:r>
        <w:rPr>
          <w:rFonts w:ascii="Liberation Serif" w:hAnsi="Liberation Serif"/>
          <w:sz w:val="21"/>
        </w:rPr>
        <w:t>уважение к армии и службе;</w:t>
      </w:r>
    </w:p>
    <w:p>
      <w:pPr>
        <w:pStyle w:val="ListBullet"/>
        <w:spacing w:after="40"/>
      </w:pPr>
      <w:r>
        <w:rPr>
          <w:rFonts w:ascii="Liberation Serif" w:hAnsi="Liberation Serif"/>
          <w:sz w:val="21"/>
        </w:rPr>
        <w:t>историческую преемственность;</w:t>
      </w:r>
    </w:p>
    <w:p>
      <w:pPr>
        <w:pStyle w:val="ListBullet"/>
        <w:spacing w:after="40"/>
      </w:pPr>
      <w:r>
        <w:rPr>
          <w:rFonts w:ascii="Liberation Serif" w:hAnsi="Liberation Serif"/>
          <w:sz w:val="21"/>
        </w:rPr>
        <w:t>национальное единство;</w:t>
      </w:r>
    </w:p>
    <w:p>
      <w:pPr>
        <w:pStyle w:val="ListBullet"/>
        <w:spacing w:after="40"/>
      </w:pPr>
      <w:r>
        <w:rPr>
          <w:rFonts w:ascii="Liberation Serif" w:hAnsi="Liberation Serif"/>
          <w:sz w:val="21"/>
        </w:rPr>
        <w:t>гражданский национализм по принадлежности к обществу и государству;</w:t>
      </w:r>
    </w:p>
    <w:p>
      <w:pPr>
        <w:pStyle w:val="ListBullet"/>
        <w:spacing w:after="40"/>
      </w:pPr>
      <w:r>
        <w:rPr>
          <w:rFonts w:ascii="Liberation Serif" w:hAnsi="Liberation Serif"/>
          <w:sz w:val="21"/>
        </w:rPr>
        <w:t>понимание роли русского народа как государствообразующего.</w:t>
      </w:r>
    </w:p>
    <w:p>
      <w:pPr>
        <w:spacing w:after="80" w:line="247" w:lineRule="auto"/>
      </w:pPr>
      <w:r>
        <w:rPr>
          <w:rFonts w:ascii="Liberation Serif" w:hAnsi="Liberation Serif"/>
          <w:b w:val="0"/>
          <w:i w:val="0"/>
          <w:sz w:val="21"/>
        </w:rPr>
        <w:t>Мы считаем, что без государства, закона, армии, управляемости и дисциплины общество быстро скатывается в хаос, распад и борьбу частных интересов.</w:t>
      </w:r>
    </w:p>
    <w:p>
      <w:pPr>
        <w:spacing w:after="80" w:line="247" w:lineRule="auto"/>
      </w:pPr>
      <w:r>
        <w:rPr>
          <w:rFonts w:ascii="Liberation Serif" w:hAnsi="Liberation Serif"/>
          <w:b w:val="0"/>
          <w:i w:val="0"/>
          <w:sz w:val="21"/>
        </w:rPr>
        <w:t>Но сильное государство не должно быть мёртвой бюрократической машиной. Оно должно служить развитию страны, защите труда, безопасности, справедливости и будущему народа.</w:t>
      </w:r>
    </w:p>
    <w:p>
      <w:pPr>
        <w:pStyle w:val="Heading1"/>
        <w:spacing w:before="200" w:after="80"/>
      </w:pPr>
      <w:r>
        <w:t>5. Социализм с российской спецификой</w:t>
      </w:r>
    </w:p>
    <w:p>
      <w:pPr>
        <w:spacing w:after="80" w:line="247" w:lineRule="auto"/>
      </w:pPr>
      <w:r>
        <w:rPr>
          <w:rFonts w:ascii="Liberation Serif" w:hAnsi="Liberation Serif"/>
          <w:b w:val="0"/>
          <w:i w:val="0"/>
          <w:sz w:val="21"/>
        </w:rPr>
        <w:t>ДСПР выступает за социализм с российской спецификой.</w:t>
      </w:r>
    </w:p>
    <w:p>
      <w:pPr>
        <w:spacing w:after="80" w:line="247" w:lineRule="auto"/>
      </w:pPr>
      <w:r>
        <w:rPr>
          <w:rFonts w:ascii="Liberation Serif" w:hAnsi="Liberation Serif"/>
          <w:b w:val="0"/>
          <w:i w:val="0"/>
          <w:sz w:val="21"/>
        </w:rPr>
        <w:t>Это не означает слепое копирование советской модели, отрицание частной инициативы или попытку вернуться в прошлое.</w:t>
      </w:r>
    </w:p>
    <w:p>
      <w:pPr>
        <w:spacing w:after="80" w:line="247" w:lineRule="auto"/>
      </w:pPr>
      <w:r>
        <w:rPr>
          <w:rFonts w:ascii="Liberation Serif" w:hAnsi="Liberation Serif"/>
          <w:b w:val="0"/>
          <w:i w:val="0"/>
          <w:sz w:val="21"/>
        </w:rPr>
        <w:t>Для нас социализм с российской спецификой - это:</w:t>
      </w:r>
    </w:p>
    <w:p>
      <w:pPr>
        <w:pStyle w:val="ListBullet"/>
        <w:spacing w:after="40"/>
      </w:pPr>
      <w:r>
        <w:rPr>
          <w:rFonts w:ascii="Liberation Serif" w:hAnsi="Liberation Serif"/>
          <w:sz w:val="21"/>
        </w:rPr>
        <w:t>приоритет общественной пользы над голой наживой;</w:t>
      </w:r>
    </w:p>
    <w:p>
      <w:pPr>
        <w:pStyle w:val="ListBullet"/>
        <w:spacing w:after="40"/>
      </w:pPr>
      <w:r>
        <w:rPr>
          <w:rFonts w:ascii="Liberation Serif" w:hAnsi="Liberation Serif"/>
          <w:sz w:val="21"/>
        </w:rPr>
        <w:t>защита рабочего класса;</w:t>
      </w:r>
    </w:p>
    <w:p>
      <w:pPr>
        <w:pStyle w:val="ListBullet"/>
        <w:spacing w:after="40"/>
      </w:pPr>
      <w:r>
        <w:rPr>
          <w:rFonts w:ascii="Liberation Serif" w:hAnsi="Liberation Serif"/>
          <w:sz w:val="21"/>
        </w:rPr>
        <w:t>уважение к труду и службе;</w:t>
      </w:r>
    </w:p>
    <w:p>
      <w:pPr>
        <w:pStyle w:val="ListBullet"/>
        <w:spacing w:after="40"/>
      </w:pPr>
      <w:r>
        <w:rPr>
          <w:rFonts w:ascii="Liberation Serif" w:hAnsi="Liberation Serif"/>
          <w:sz w:val="21"/>
        </w:rPr>
        <w:t>социальная защита граждан;</w:t>
      </w:r>
    </w:p>
    <w:p>
      <w:pPr>
        <w:pStyle w:val="ListBullet"/>
        <w:spacing w:after="40"/>
      </w:pPr>
      <w:r>
        <w:rPr>
          <w:rFonts w:ascii="Liberation Serif" w:hAnsi="Liberation Serif"/>
          <w:sz w:val="21"/>
        </w:rPr>
        <w:t>сильная роль государства в стратегических сферах;</w:t>
      </w:r>
    </w:p>
    <w:p>
      <w:pPr>
        <w:pStyle w:val="ListBullet"/>
        <w:spacing w:after="40"/>
      </w:pPr>
      <w:r>
        <w:rPr>
          <w:rFonts w:ascii="Liberation Serif" w:hAnsi="Liberation Serif"/>
          <w:sz w:val="21"/>
        </w:rPr>
        <w:t>развитие производства;</w:t>
      </w:r>
    </w:p>
    <w:p>
      <w:pPr>
        <w:pStyle w:val="ListBullet"/>
        <w:spacing w:after="40"/>
      </w:pPr>
      <w:r>
        <w:rPr>
          <w:rFonts w:ascii="Liberation Serif" w:hAnsi="Liberation Serif"/>
          <w:sz w:val="21"/>
        </w:rPr>
        <w:t>поддержка специалистов и созидателей;</w:t>
      </w:r>
    </w:p>
    <w:p>
      <w:pPr>
        <w:pStyle w:val="ListBullet"/>
        <w:spacing w:after="40"/>
      </w:pPr>
      <w:r>
        <w:rPr>
          <w:rFonts w:ascii="Liberation Serif" w:hAnsi="Liberation Serif"/>
          <w:sz w:val="21"/>
        </w:rPr>
        <w:t>справедливое отношение к тем, кто реально работает, служит и создаёт;</w:t>
      </w:r>
    </w:p>
    <w:p>
      <w:pPr>
        <w:pStyle w:val="ListBullet"/>
        <w:spacing w:after="40"/>
      </w:pPr>
      <w:r>
        <w:rPr>
          <w:rFonts w:ascii="Liberation Serif" w:hAnsi="Liberation Serif"/>
          <w:sz w:val="21"/>
        </w:rPr>
        <w:t>признание национальных, исторических и культурных особенностей России.</w:t>
      </w:r>
    </w:p>
    <w:p>
      <w:pPr>
        <w:spacing w:after="80" w:line="247" w:lineRule="auto"/>
      </w:pPr>
      <w:r>
        <w:rPr>
          <w:rFonts w:ascii="Liberation Serif" w:hAnsi="Liberation Serif"/>
          <w:b w:val="0"/>
          <w:i w:val="0"/>
          <w:sz w:val="21"/>
        </w:rPr>
        <w:t>Мы не предлагаем утопию. Мы говорим о государстве, где экономика, власть и общественные институты должны работать не против человека труда, а вместе с ним и ради развития страны.</w:t>
      </w:r>
    </w:p>
    <w:p>
      <w:pPr>
        <w:pStyle w:val="Heading1"/>
        <w:spacing w:before="200" w:after="80"/>
      </w:pPr>
      <w:r>
        <w:t>6. Гражданский национализм</w:t>
      </w:r>
    </w:p>
    <w:p>
      <w:pPr>
        <w:spacing w:after="80" w:line="247" w:lineRule="auto"/>
      </w:pPr>
      <w:r>
        <w:rPr>
          <w:rFonts w:ascii="Liberation Serif" w:hAnsi="Liberation Serif"/>
          <w:b w:val="0"/>
          <w:i w:val="0"/>
          <w:sz w:val="21"/>
        </w:rPr>
        <w:t>ДСПР использует термин гражданский национализм в официальном политическом смысле: без радикализма, без этнической вражды и в рамках правового поля.</w:t>
      </w:r>
    </w:p>
    <w:p>
      <w:pPr>
        <w:spacing w:after="80" w:line="247" w:lineRule="auto"/>
      </w:pPr>
      <w:r>
        <w:rPr>
          <w:rFonts w:ascii="Liberation Serif" w:hAnsi="Liberation Serif"/>
          <w:b w:val="0"/>
          <w:i w:val="0"/>
          <w:sz w:val="21"/>
        </w:rPr>
        <w:t>Под гражданским национализмом мы понимаем единство граждан России как политической нации.</w:t>
      </w:r>
    </w:p>
    <w:p>
      <w:pPr>
        <w:spacing w:after="80" w:line="247" w:lineRule="auto"/>
      </w:pPr>
      <w:r>
        <w:rPr>
          <w:rFonts w:ascii="Liberation Serif" w:hAnsi="Liberation Serif"/>
          <w:b w:val="0"/>
          <w:i w:val="0"/>
          <w:sz w:val="21"/>
        </w:rPr>
        <w:t>Для нас принадлежность к нации определяется не только происхождением, а связью человека со страной:</w:t>
      </w:r>
    </w:p>
    <w:p>
      <w:pPr>
        <w:pStyle w:val="ListBullet"/>
        <w:spacing w:after="40"/>
      </w:pPr>
      <w:r>
        <w:rPr>
          <w:rFonts w:ascii="Liberation Serif" w:hAnsi="Liberation Serif"/>
          <w:sz w:val="21"/>
        </w:rPr>
        <w:t>гражданством;</w:t>
      </w:r>
    </w:p>
    <w:p>
      <w:pPr>
        <w:pStyle w:val="ListBullet"/>
        <w:spacing w:after="40"/>
      </w:pPr>
      <w:r>
        <w:rPr>
          <w:rFonts w:ascii="Liberation Serif" w:hAnsi="Liberation Serif"/>
          <w:sz w:val="21"/>
        </w:rPr>
        <w:t>знанием русского языка;</w:t>
      </w:r>
    </w:p>
    <w:p>
      <w:pPr>
        <w:pStyle w:val="ListBullet"/>
        <w:spacing w:after="40"/>
      </w:pPr>
      <w:r>
        <w:rPr>
          <w:rFonts w:ascii="Liberation Serif" w:hAnsi="Liberation Serif"/>
          <w:sz w:val="21"/>
        </w:rPr>
        <w:t>уважением к культуре России;</w:t>
      </w:r>
    </w:p>
    <w:p>
      <w:pPr>
        <w:pStyle w:val="ListBullet"/>
        <w:spacing w:after="40"/>
      </w:pPr>
      <w:r>
        <w:rPr>
          <w:rFonts w:ascii="Liberation Serif" w:hAnsi="Liberation Serif"/>
          <w:sz w:val="21"/>
        </w:rPr>
        <w:t>соблюдением закона;</w:t>
      </w:r>
    </w:p>
    <w:p>
      <w:pPr>
        <w:pStyle w:val="ListBullet"/>
        <w:spacing w:after="40"/>
      </w:pPr>
      <w:r>
        <w:rPr>
          <w:rFonts w:ascii="Liberation Serif" w:hAnsi="Liberation Serif"/>
          <w:sz w:val="21"/>
        </w:rPr>
        <w:t>трудом;</w:t>
      </w:r>
    </w:p>
    <w:p>
      <w:pPr>
        <w:pStyle w:val="ListBullet"/>
        <w:spacing w:after="40"/>
      </w:pPr>
      <w:r>
        <w:rPr>
          <w:rFonts w:ascii="Liberation Serif" w:hAnsi="Liberation Serif"/>
          <w:sz w:val="21"/>
        </w:rPr>
        <w:t>службой;</w:t>
      </w:r>
    </w:p>
    <w:p>
      <w:pPr>
        <w:pStyle w:val="ListBullet"/>
        <w:spacing w:after="40"/>
      </w:pPr>
      <w:r>
        <w:rPr>
          <w:rFonts w:ascii="Liberation Serif" w:hAnsi="Liberation Serif"/>
          <w:sz w:val="21"/>
        </w:rPr>
        <w:t>вкладом в общее дело;</w:t>
      </w:r>
    </w:p>
    <w:p>
      <w:pPr>
        <w:pStyle w:val="ListBullet"/>
        <w:spacing w:after="40"/>
      </w:pPr>
      <w:r>
        <w:rPr>
          <w:rFonts w:ascii="Liberation Serif" w:hAnsi="Liberation Serif"/>
          <w:sz w:val="21"/>
        </w:rPr>
        <w:t>признанием России своим Отечеством.</w:t>
      </w:r>
    </w:p>
    <w:p>
      <w:pPr>
        <w:spacing w:after="80" w:line="247" w:lineRule="auto"/>
      </w:pPr>
      <w:r>
        <w:rPr>
          <w:rFonts w:ascii="Liberation Serif" w:hAnsi="Liberation Serif"/>
          <w:b w:val="0"/>
          <w:i w:val="0"/>
          <w:sz w:val="21"/>
        </w:rPr>
        <w:t>Мы признаём роль русского народа как государствообразующего. Но мы не строим политику на этнической вражде, племенном мышлении и делении граждан России на «своих» и «чужих» по крови.</w:t>
      </w:r>
    </w:p>
    <w:p>
      <w:pPr>
        <w:spacing w:after="80" w:line="247" w:lineRule="auto"/>
      </w:pPr>
      <w:r>
        <w:rPr>
          <w:rFonts w:ascii="Liberation Serif" w:hAnsi="Liberation Serif"/>
          <w:b w:val="0"/>
          <w:i w:val="0"/>
          <w:sz w:val="21"/>
        </w:rPr>
        <w:t>Россия исторически является государством многих народов, объединённых общей государственностью, русским культурно-языковым ядром, общей историей и общими интересами.</w:t>
      </w:r>
    </w:p>
    <w:p>
      <w:pPr>
        <w:spacing w:after="80" w:line="247" w:lineRule="auto"/>
      </w:pPr>
      <w:r>
        <w:rPr>
          <w:rFonts w:ascii="Liberation Serif" w:hAnsi="Liberation Serif"/>
          <w:b w:val="0"/>
          <w:i w:val="0"/>
          <w:sz w:val="21"/>
        </w:rPr>
        <w:t>Наша позиция:</w:t>
      </w:r>
    </w:p>
    <w:p>
      <w:pPr>
        <w:spacing w:before="80" w:after="160"/>
        <w:ind w:left="340" w:right="170"/>
      </w:pPr>
      <w:r>
        <w:rPr>
          <w:rFonts w:ascii="Liberation Serif" w:hAnsi="Liberation Serif"/>
          <w:b/>
          <w:i/>
          <w:sz w:val="21"/>
        </w:rPr>
        <w:t>русский народ - государствообразующий; граждане России - единая политическая нация; государство - общий дом, который требует порядка, верности закону и вклада в страну.</w:t>
      </w:r>
    </w:p>
    <w:p>
      <w:pPr>
        <w:pStyle w:val="Heading1"/>
        <w:spacing w:before="200" w:after="80"/>
      </w:pPr>
      <w:r>
        <w:t>7. Что мы понимаем под порядком</w:t>
      </w:r>
    </w:p>
    <w:p>
      <w:pPr>
        <w:spacing w:after="80" w:line="247" w:lineRule="auto"/>
      </w:pPr>
      <w:r>
        <w:rPr>
          <w:rFonts w:ascii="Liberation Serif" w:hAnsi="Liberation Serif"/>
          <w:b w:val="0"/>
          <w:i w:val="0"/>
          <w:sz w:val="21"/>
        </w:rPr>
        <w:t>Порядок для ДСПР - это не внешняя тишина, не показная жёсткость и не запрет на любую инициативу.</w:t>
      </w:r>
    </w:p>
    <w:p>
      <w:pPr>
        <w:spacing w:after="80" w:line="247" w:lineRule="auto"/>
      </w:pPr>
      <w:r>
        <w:rPr>
          <w:rFonts w:ascii="Liberation Serif" w:hAnsi="Liberation Serif"/>
          <w:b w:val="0"/>
          <w:i w:val="0"/>
          <w:sz w:val="21"/>
        </w:rPr>
        <w:t>Порядок - это система, в которой:</w:t>
      </w:r>
    </w:p>
    <w:p>
      <w:pPr>
        <w:pStyle w:val="ListBullet"/>
        <w:spacing w:after="40"/>
      </w:pPr>
      <w:r>
        <w:rPr>
          <w:rFonts w:ascii="Liberation Serif" w:hAnsi="Liberation Serif"/>
          <w:sz w:val="21"/>
        </w:rPr>
        <w:t>правила понятны;</w:t>
      </w:r>
    </w:p>
    <w:p>
      <w:pPr>
        <w:pStyle w:val="ListBullet"/>
        <w:spacing w:after="40"/>
      </w:pPr>
      <w:r>
        <w:rPr>
          <w:rFonts w:ascii="Liberation Serif" w:hAnsi="Liberation Serif"/>
          <w:sz w:val="21"/>
        </w:rPr>
        <w:t>обязанности исполняются;</w:t>
      </w:r>
    </w:p>
    <w:p>
      <w:pPr>
        <w:pStyle w:val="ListBullet"/>
        <w:spacing w:after="40"/>
      </w:pPr>
      <w:r>
        <w:rPr>
          <w:rFonts w:ascii="Liberation Serif" w:hAnsi="Liberation Serif"/>
          <w:sz w:val="21"/>
        </w:rPr>
        <w:t>власть отвечает за решения;</w:t>
      </w:r>
    </w:p>
    <w:p>
      <w:pPr>
        <w:pStyle w:val="ListBullet"/>
        <w:spacing w:after="40"/>
      </w:pPr>
      <w:r>
        <w:rPr>
          <w:rFonts w:ascii="Liberation Serif" w:hAnsi="Liberation Serif"/>
          <w:sz w:val="21"/>
        </w:rPr>
        <w:t>ошибки имеют последствия;</w:t>
      </w:r>
    </w:p>
    <w:p>
      <w:pPr>
        <w:pStyle w:val="ListBullet"/>
        <w:spacing w:after="40"/>
      </w:pPr>
      <w:r>
        <w:rPr>
          <w:rFonts w:ascii="Liberation Serif" w:hAnsi="Liberation Serif"/>
          <w:sz w:val="21"/>
        </w:rPr>
        <w:t>частный интерес не ставится выше интересов страны;</w:t>
      </w:r>
    </w:p>
    <w:p>
      <w:pPr>
        <w:pStyle w:val="ListBullet"/>
        <w:spacing w:after="40"/>
      </w:pPr>
      <w:r>
        <w:rPr>
          <w:rFonts w:ascii="Liberation Serif" w:hAnsi="Liberation Serif"/>
          <w:sz w:val="21"/>
        </w:rPr>
        <w:t>труд уважается;</w:t>
      </w:r>
    </w:p>
    <w:p>
      <w:pPr>
        <w:pStyle w:val="ListBullet"/>
        <w:spacing w:after="40"/>
      </w:pPr>
      <w:r>
        <w:rPr>
          <w:rFonts w:ascii="Liberation Serif" w:hAnsi="Liberation Serif"/>
          <w:sz w:val="21"/>
        </w:rPr>
        <w:t>закон действует не выборочно;</w:t>
      </w:r>
    </w:p>
    <w:p>
      <w:pPr>
        <w:pStyle w:val="ListBullet"/>
        <w:spacing w:after="40"/>
      </w:pPr>
      <w:r>
        <w:rPr>
          <w:rFonts w:ascii="Liberation Serif" w:hAnsi="Liberation Serif"/>
          <w:sz w:val="21"/>
        </w:rPr>
        <w:t>государство способно управлять, а не только отчитываться.</w:t>
      </w:r>
    </w:p>
    <w:p>
      <w:pPr>
        <w:spacing w:after="80" w:line="247" w:lineRule="auto"/>
      </w:pPr>
      <w:r>
        <w:rPr>
          <w:rFonts w:ascii="Liberation Serif" w:hAnsi="Liberation Serif"/>
          <w:b w:val="0"/>
          <w:i w:val="0"/>
          <w:sz w:val="21"/>
        </w:rPr>
        <w:t>Без порядка государство превращается в набор несвязанных ведомств. Экономика превращается в борьбу частных интересов. Общество превращается в пространство хаоса, недоверия и безответственности.</w:t>
      </w:r>
    </w:p>
    <w:p>
      <w:pPr>
        <w:spacing w:after="80" w:line="247" w:lineRule="auto"/>
      </w:pPr>
      <w:r>
        <w:rPr>
          <w:rFonts w:ascii="Liberation Serif" w:hAnsi="Liberation Serif"/>
          <w:b w:val="0"/>
          <w:i w:val="0"/>
          <w:sz w:val="21"/>
        </w:rPr>
        <w:t>Мы рассматриваем порядок и дисциплину как стержень развития государства.</w:t>
      </w:r>
    </w:p>
    <w:p>
      <w:pPr>
        <w:pStyle w:val="Heading1"/>
        <w:spacing w:before="200" w:after="80"/>
      </w:pPr>
      <w:r>
        <w:t>8. Чем ДСПР не является</w:t>
      </w:r>
    </w:p>
    <w:p>
      <w:pPr>
        <w:spacing w:after="80" w:line="247" w:lineRule="auto"/>
      </w:pPr>
      <w:r>
        <w:rPr>
          <w:rFonts w:ascii="Liberation Serif" w:hAnsi="Liberation Serif"/>
          <w:b w:val="0"/>
          <w:i w:val="0"/>
          <w:sz w:val="21"/>
        </w:rPr>
        <w:t>ДСПР не является либеральным движением.</w:t>
      </w:r>
    </w:p>
    <w:p>
      <w:pPr>
        <w:spacing w:after="80" w:line="247" w:lineRule="auto"/>
      </w:pPr>
      <w:r>
        <w:rPr>
          <w:rFonts w:ascii="Liberation Serif" w:hAnsi="Liberation Serif"/>
          <w:b w:val="0"/>
          <w:i w:val="0"/>
          <w:sz w:val="21"/>
        </w:rPr>
        <w:t>Мы не считаем, что рынок сам по себе выше страны, народа, труда и государства. Экономика должна служить развитию общества, а не превращать человека труда в расходный материал.</w:t>
      </w:r>
    </w:p>
    <w:p>
      <w:pPr>
        <w:spacing w:after="80" w:line="247" w:lineRule="auto"/>
      </w:pPr>
      <w:r>
        <w:rPr>
          <w:rFonts w:ascii="Liberation Serif" w:hAnsi="Liberation Serif"/>
          <w:b w:val="0"/>
          <w:i w:val="0"/>
          <w:sz w:val="21"/>
        </w:rPr>
        <w:t>ДСПР не является старым коммунистическим проектом.</w:t>
      </w:r>
    </w:p>
    <w:p>
      <w:pPr>
        <w:spacing w:after="80" w:line="247" w:lineRule="auto"/>
      </w:pPr>
      <w:r>
        <w:rPr>
          <w:rFonts w:ascii="Liberation Serif" w:hAnsi="Liberation Serif"/>
          <w:b w:val="0"/>
          <w:i w:val="0"/>
          <w:sz w:val="21"/>
        </w:rPr>
        <w:t>Мы не выступаем за слепое копирование прошлого, культ старых идей и вождей, отрицание государства, армии, традиции, частной инициативы и национального интереса.</w:t>
      </w:r>
    </w:p>
    <w:p>
      <w:pPr>
        <w:spacing w:after="80" w:line="247" w:lineRule="auto"/>
      </w:pPr>
      <w:r>
        <w:rPr>
          <w:rFonts w:ascii="Liberation Serif" w:hAnsi="Liberation Serif"/>
          <w:b w:val="0"/>
          <w:i w:val="0"/>
          <w:sz w:val="21"/>
        </w:rPr>
        <w:t>ДСПР не является радикальным этнонационалистическим движением.</w:t>
      </w:r>
    </w:p>
    <w:p>
      <w:pPr>
        <w:spacing w:after="80" w:line="247" w:lineRule="auto"/>
      </w:pPr>
      <w:r>
        <w:rPr>
          <w:rFonts w:ascii="Liberation Serif" w:hAnsi="Liberation Serif"/>
          <w:b w:val="0"/>
          <w:i w:val="0"/>
          <w:sz w:val="21"/>
        </w:rPr>
        <w:t>Мы не строим политику на ненависти, уличной агрессии и делении граждан России по крови.</w:t>
      </w:r>
    </w:p>
    <w:p>
      <w:pPr>
        <w:spacing w:after="80" w:line="247" w:lineRule="auto"/>
      </w:pPr>
      <w:r>
        <w:rPr>
          <w:rFonts w:ascii="Liberation Serif" w:hAnsi="Liberation Serif"/>
          <w:b w:val="0"/>
          <w:i w:val="0"/>
          <w:sz w:val="21"/>
        </w:rPr>
        <w:t>ДСПР не является национал-большевистским проектом.</w:t>
      </w:r>
    </w:p>
    <w:p>
      <w:pPr>
        <w:spacing w:after="80" w:line="247" w:lineRule="auto"/>
      </w:pPr>
      <w:r>
        <w:rPr>
          <w:rFonts w:ascii="Liberation Serif" w:hAnsi="Liberation Serif"/>
          <w:b w:val="0"/>
          <w:i w:val="0"/>
          <w:sz w:val="21"/>
        </w:rPr>
        <w:t>Да, отдельные идеи могут быть схожи: соединение социальной и национальной повестки, критика либерализма, уважение к силе государства, неприятие распада и хаоса. Но ДСПР не является нацбольским движением, не строит себя на маргинальности, радикализме, эпатаже и политической романтике разрушения.</w:t>
      </w:r>
    </w:p>
    <w:p>
      <w:pPr>
        <w:spacing w:after="80" w:line="247" w:lineRule="auto"/>
      </w:pPr>
      <w:r>
        <w:rPr>
          <w:rFonts w:ascii="Liberation Serif" w:hAnsi="Liberation Serif"/>
          <w:b w:val="0"/>
          <w:i w:val="0"/>
          <w:sz w:val="21"/>
        </w:rPr>
        <w:t>Для нас синтез левой и правой идеи нужен не ради провокации, а ради создания ответственной политической линии для России.</w:t>
      </w:r>
    </w:p>
    <w:p>
      <w:pPr>
        <w:pStyle w:val="Heading1"/>
        <w:spacing w:before="200" w:after="80"/>
      </w:pPr>
      <w:r>
        <w:t>9. Кто является нашей социальной опорой</w:t>
      </w:r>
    </w:p>
    <w:p>
      <w:pPr>
        <w:spacing w:after="80" w:line="247" w:lineRule="auto"/>
      </w:pPr>
      <w:r>
        <w:rPr>
          <w:rFonts w:ascii="Liberation Serif" w:hAnsi="Liberation Serif"/>
          <w:b w:val="0"/>
          <w:i w:val="0"/>
          <w:sz w:val="21"/>
        </w:rPr>
        <w:t>Наша социальная опора - люди труда, службы, знания и созидания.</w:t>
      </w:r>
    </w:p>
    <w:p>
      <w:pPr>
        <w:spacing w:after="80" w:line="247" w:lineRule="auto"/>
      </w:pPr>
      <w:r>
        <w:rPr>
          <w:rFonts w:ascii="Liberation Serif" w:hAnsi="Liberation Serif"/>
          <w:b w:val="0"/>
          <w:i w:val="0"/>
          <w:sz w:val="21"/>
        </w:rPr>
        <w:t>В первую очередь это:</w:t>
      </w:r>
    </w:p>
    <w:p>
      <w:pPr>
        <w:pStyle w:val="ListBullet"/>
        <w:spacing w:after="40"/>
      </w:pPr>
      <w:r>
        <w:rPr>
          <w:rFonts w:ascii="Liberation Serif" w:hAnsi="Liberation Serif"/>
          <w:sz w:val="21"/>
        </w:rPr>
        <w:t>рабочий;</w:t>
      </w:r>
    </w:p>
    <w:p>
      <w:pPr>
        <w:pStyle w:val="ListBullet"/>
        <w:spacing w:after="40"/>
      </w:pPr>
      <w:r>
        <w:rPr>
          <w:rFonts w:ascii="Liberation Serif" w:hAnsi="Liberation Serif"/>
          <w:sz w:val="21"/>
        </w:rPr>
        <w:t>солдат и младший офицер;</w:t>
      </w:r>
    </w:p>
    <w:p>
      <w:pPr>
        <w:pStyle w:val="ListBullet"/>
        <w:spacing w:after="40"/>
      </w:pPr>
      <w:r>
        <w:rPr>
          <w:rFonts w:ascii="Liberation Serif" w:hAnsi="Liberation Serif"/>
          <w:sz w:val="21"/>
        </w:rPr>
        <w:t>идейно настроенная молодёжь и студенты;</w:t>
      </w:r>
    </w:p>
    <w:p>
      <w:pPr>
        <w:pStyle w:val="ListBullet"/>
        <w:spacing w:after="40"/>
      </w:pPr>
      <w:r>
        <w:rPr>
          <w:rFonts w:ascii="Liberation Serif" w:hAnsi="Liberation Serif"/>
          <w:sz w:val="21"/>
        </w:rPr>
        <w:t>гуманитарии и технари;</w:t>
      </w:r>
    </w:p>
    <w:p>
      <w:pPr>
        <w:pStyle w:val="ListBullet"/>
        <w:spacing w:after="40"/>
      </w:pPr>
      <w:r>
        <w:rPr>
          <w:rFonts w:ascii="Liberation Serif" w:hAnsi="Liberation Serif"/>
          <w:sz w:val="21"/>
        </w:rPr>
        <w:t>предприниматели малого и среднего уровня.</w:t>
      </w:r>
    </w:p>
    <w:p>
      <w:pPr>
        <w:spacing w:after="80" w:line="247" w:lineRule="auto"/>
      </w:pPr>
      <w:r>
        <w:rPr>
          <w:rFonts w:ascii="Liberation Serif" w:hAnsi="Liberation Serif"/>
          <w:b w:val="0"/>
          <w:i w:val="0"/>
          <w:sz w:val="21"/>
        </w:rPr>
        <w:t>Мы обращаемся к тем, кто не хочет выбирать между социальной справедливостью и патриотизмом, между трудом и государством, между левым и правым, между национальным достоинством и социальным развитием.</w:t>
      </w:r>
    </w:p>
    <w:p>
      <w:pPr>
        <w:pStyle w:val="Heading1"/>
        <w:spacing w:before="200" w:after="80"/>
      </w:pPr>
      <w:r>
        <w:t>10. Что ДСПР делает сейчас</w:t>
      </w:r>
    </w:p>
    <w:p>
      <w:pPr>
        <w:spacing w:after="80" w:line="247" w:lineRule="auto"/>
      </w:pPr>
      <w:r>
        <w:rPr>
          <w:rFonts w:ascii="Liberation Serif" w:hAnsi="Liberation Serif"/>
          <w:b w:val="0"/>
          <w:i w:val="0"/>
          <w:sz w:val="21"/>
        </w:rPr>
        <w:t>На текущем этапе ДСПР работает в интернете.</w:t>
      </w:r>
    </w:p>
    <w:p>
      <w:pPr>
        <w:spacing w:after="80" w:line="247" w:lineRule="auto"/>
      </w:pPr>
      <w:r>
        <w:rPr>
          <w:rFonts w:ascii="Liberation Serif" w:hAnsi="Liberation Serif"/>
          <w:b w:val="0"/>
          <w:i w:val="0"/>
          <w:sz w:val="21"/>
        </w:rPr>
        <w:t>Наши задачи:</w:t>
      </w:r>
    </w:p>
    <w:p>
      <w:pPr>
        <w:pStyle w:val="ListNumber"/>
        <w:spacing w:after="40"/>
      </w:pPr>
      <w:r>
        <w:rPr>
          <w:rFonts w:ascii="Liberation Serif" w:hAnsi="Liberation Serif"/>
          <w:sz w:val="21"/>
        </w:rPr>
        <w:t>сформировать ясную идеологическую базу;</w:t>
      </w:r>
    </w:p>
    <w:p>
      <w:pPr>
        <w:pStyle w:val="ListNumber"/>
        <w:spacing w:after="40"/>
      </w:pPr>
      <w:r>
        <w:rPr>
          <w:rFonts w:ascii="Liberation Serif" w:hAnsi="Liberation Serif"/>
          <w:sz w:val="21"/>
        </w:rPr>
        <w:t>развить Telegram, VK и YouTube;</w:t>
      </w:r>
    </w:p>
    <w:p>
      <w:pPr>
        <w:pStyle w:val="ListNumber"/>
        <w:spacing w:after="40"/>
      </w:pPr>
      <w:r>
        <w:rPr>
          <w:rFonts w:ascii="Liberation Serif" w:hAnsi="Liberation Serif"/>
          <w:sz w:val="21"/>
        </w:rPr>
        <w:t>выпускать регулярные посты, статьи, видео и разъяснительные материалы;</w:t>
      </w:r>
    </w:p>
    <w:p>
      <w:pPr>
        <w:pStyle w:val="ListNumber"/>
        <w:spacing w:after="40"/>
      </w:pPr>
      <w:r>
        <w:rPr>
          <w:rFonts w:ascii="Liberation Serif" w:hAnsi="Liberation Serif"/>
          <w:sz w:val="21"/>
        </w:rPr>
        <w:t>анализировать общественные, социальные, экономические и политические проблемы;</w:t>
      </w:r>
    </w:p>
    <w:p>
      <w:pPr>
        <w:pStyle w:val="ListNumber"/>
        <w:spacing w:after="40"/>
      </w:pPr>
      <w:r>
        <w:rPr>
          <w:rFonts w:ascii="Liberation Serif" w:hAnsi="Liberation Serif"/>
          <w:sz w:val="21"/>
        </w:rPr>
        <w:t>искать сторонников, авторов, агитаторов, дизайнеров, аналитиков и организаторов;</w:t>
      </w:r>
    </w:p>
    <w:p>
      <w:pPr>
        <w:pStyle w:val="ListNumber"/>
        <w:spacing w:after="40"/>
      </w:pPr>
      <w:r>
        <w:rPr>
          <w:rFonts w:ascii="Liberation Serif" w:hAnsi="Liberation Serif"/>
          <w:sz w:val="21"/>
        </w:rPr>
        <w:t>создавать диалог с другими движениями и сообществами;</w:t>
      </w:r>
    </w:p>
    <w:p>
      <w:pPr>
        <w:pStyle w:val="ListNumber"/>
        <w:spacing w:after="40"/>
      </w:pPr>
      <w:r>
        <w:rPr>
          <w:rFonts w:ascii="Liberation Serif" w:hAnsi="Liberation Serif"/>
          <w:sz w:val="21"/>
        </w:rPr>
        <w:t>сформировать рабочее ядро движения;</w:t>
      </w:r>
    </w:p>
    <w:p>
      <w:pPr>
        <w:pStyle w:val="ListNumber"/>
        <w:spacing w:after="40"/>
      </w:pPr>
      <w:r>
        <w:rPr>
          <w:rFonts w:ascii="Liberation Serif" w:hAnsi="Liberation Serif"/>
          <w:sz w:val="21"/>
        </w:rPr>
        <w:t>подготовить основу для дальнейшего роста.</w:t>
      </w:r>
    </w:p>
    <w:p>
      <w:pPr>
        <w:spacing w:after="80" w:line="247" w:lineRule="auto"/>
      </w:pPr>
      <w:r>
        <w:rPr>
          <w:rFonts w:ascii="Liberation Serif" w:hAnsi="Liberation Serif"/>
          <w:b w:val="0"/>
          <w:i w:val="0"/>
          <w:sz w:val="21"/>
        </w:rPr>
        <w:t>Мы не обещаем быстрых побед. Мы не изображаем массовость. Мы не называем себя силой федерального масштаба.</w:t>
      </w:r>
    </w:p>
    <w:p>
      <w:pPr>
        <w:spacing w:after="80" w:line="247" w:lineRule="auto"/>
      </w:pPr>
      <w:r>
        <w:rPr>
          <w:rFonts w:ascii="Liberation Serif" w:hAnsi="Liberation Serif"/>
          <w:b w:val="0"/>
          <w:i w:val="0"/>
          <w:sz w:val="21"/>
        </w:rPr>
        <w:t>Но мы начинаем работу - последовательно, спокойно и всерьёз.</w:t>
      </w:r>
    </w:p>
    <w:p>
      <w:pPr>
        <w:pStyle w:val="Heading1"/>
        <w:spacing w:before="200" w:after="80"/>
      </w:pPr>
      <w:r>
        <w:t>11. Кого мы ищем</w:t>
      </w:r>
    </w:p>
    <w:p>
      <w:pPr>
        <w:spacing w:after="80" w:line="247" w:lineRule="auto"/>
      </w:pPr>
      <w:r>
        <w:rPr>
          <w:rFonts w:ascii="Liberation Serif" w:hAnsi="Liberation Serif"/>
          <w:b w:val="0"/>
          <w:i w:val="0"/>
          <w:sz w:val="21"/>
        </w:rPr>
        <w:t>ДСПР нужны люди, готовые к диалогу и политической работе в правовом спектре.</w:t>
      </w:r>
    </w:p>
    <w:p>
      <w:pPr>
        <w:spacing w:after="80" w:line="247" w:lineRule="auto"/>
      </w:pPr>
      <w:r>
        <w:rPr>
          <w:rFonts w:ascii="Liberation Serif" w:hAnsi="Liberation Serif"/>
          <w:b w:val="0"/>
          <w:i w:val="0"/>
          <w:sz w:val="21"/>
        </w:rPr>
        <w:t>Нам нужны:</w:t>
      </w:r>
    </w:p>
    <w:p>
      <w:pPr>
        <w:pStyle w:val="ListBullet"/>
        <w:spacing w:after="40"/>
      </w:pPr>
      <w:r>
        <w:rPr>
          <w:rFonts w:ascii="Liberation Serif" w:hAnsi="Liberation Serif"/>
          <w:sz w:val="21"/>
        </w:rPr>
        <w:t>авторы;</w:t>
      </w:r>
    </w:p>
    <w:p>
      <w:pPr>
        <w:pStyle w:val="ListBullet"/>
        <w:spacing w:after="40"/>
      </w:pPr>
      <w:r>
        <w:rPr>
          <w:rFonts w:ascii="Liberation Serif" w:hAnsi="Liberation Serif"/>
          <w:sz w:val="21"/>
        </w:rPr>
        <w:t>агитаторы;</w:t>
      </w:r>
    </w:p>
    <w:p>
      <w:pPr>
        <w:pStyle w:val="ListBullet"/>
        <w:spacing w:after="40"/>
      </w:pPr>
      <w:r>
        <w:rPr>
          <w:rFonts w:ascii="Liberation Serif" w:hAnsi="Liberation Serif"/>
          <w:sz w:val="21"/>
        </w:rPr>
        <w:t>люди со связями в движениях для создания диалога и союзов;</w:t>
      </w:r>
    </w:p>
    <w:p>
      <w:pPr>
        <w:pStyle w:val="ListBullet"/>
        <w:spacing w:after="40"/>
      </w:pPr>
      <w:r>
        <w:rPr>
          <w:rFonts w:ascii="Liberation Serif" w:hAnsi="Liberation Serif"/>
          <w:sz w:val="21"/>
        </w:rPr>
        <w:t>дизайнеры;</w:t>
      </w:r>
    </w:p>
    <w:p>
      <w:pPr>
        <w:pStyle w:val="ListBullet"/>
        <w:spacing w:after="40"/>
      </w:pPr>
      <w:r>
        <w:rPr>
          <w:rFonts w:ascii="Liberation Serif" w:hAnsi="Liberation Serif"/>
          <w:sz w:val="21"/>
        </w:rPr>
        <w:t>люди, умеющие работать с информацией;</w:t>
      </w:r>
    </w:p>
    <w:p>
      <w:pPr>
        <w:pStyle w:val="ListBullet"/>
        <w:spacing w:after="40"/>
      </w:pPr>
      <w:r>
        <w:rPr>
          <w:rFonts w:ascii="Liberation Serif" w:hAnsi="Liberation Serif"/>
          <w:sz w:val="21"/>
        </w:rPr>
        <w:t>люди, готовые к политической работе в правовом поле.</w:t>
      </w:r>
    </w:p>
    <w:p>
      <w:pPr>
        <w:spacing w:after="80" w:line="247" w:lineRule="auto"/>
      </w:pPr>
      <w:r>
        <w:rPr>
          <w:rFonts w:ascii="Liberation Serif" w:hAnsi="Liberation Serif"/>
          <w:b w:val="0"/>
          <w:i w:val="0"/>
          <w:sz w:val="21"/>
        </w:rPr>
        <w:t>Мы не требуем от человека сразу быть идеологом. Но мы требуем базовой дисциплины, адекватности, ответственности и уважения к общей линии движения.</w:t>
      </w:r>
    </w:p>
    <w:p>
      <w:pPr>
        <w:pStyle w:val="Heading1"/>
        <w:spacing w:before="200" w:after="80"/>
      </w:pPr>
      <w:r>
        <w:t>12. Наша краткая формула</w:t>
      </w:r>
    </w:p>
    <w:p>
      <w:pPr>
        <w:spacing w:after="80" w:line="247" w:lineRule="auto"/>
      </w:pPr>
      <w:r>
        <w:rPr>
          <w:rFonts w:ascii="Liberation Serif" w:hAnsi="Liberation Serif"/>
          <w:b w:val="0"/>
          <w:i w:val="0"/>
          <w:sz w:val="21"/>
        </w:rPr>
        <w:t>ДСПР - это движение людей труда, службы и порядка.</w:t>
      </w:r>
    </w:p>
    <w:p>
      <w:pPr>
        <w:spacing w:after="80" w:line="247" w:lineRule="auto"/>
      </w:pPr>
      <w:r>
        <w:rPr>
          <w:rFonts w:ascii="Liberation Serif" w:hAnsi="Liberation Serif"/>
          <w:b w:val="0"/>
          <w:i w:val="0"/>
          <w:sz w:val="21"/>
        </w:rPr>
        <w:t>Мы выступаем за социальную справедливость без утопизма.</w:t>
      </w:r>
    </w:p>
    <w:p>
      <w:pPr>
        <w:spacing w:after="80" w:line="247" w:lineRule="auto"/>
      </w:pPr>
      <w:r>
        <w:rPr>
          <w:rFonts w:ascii="Liberation Serif" w:hAnsi="Liberation Serif"/>
          <w:b w:val="0"/>
          <w:i w:val="0"/>
          <w:sz w:val="21"/>
        </w:rPr>
        <w:t>За государственность без мёртвой бюрократии.</w:t>
      </w:r>
    </w:p>
    <w:p>
      <w:pPr>
        <w:spacing w:after="80" w:line="247" w:lineRule="auto"/>
      </w:pPr>
      <w:r>
        <w:rPr>
          <w:rFonts w:ascii="Liberation Serif" w:hAnsi="Liberation Serif"/>
          <w:b w:val="0"/>
          <w:i w:val="0"/>
          <w:sz w:val="21"/>
        </w:rPr>
        <w:t>За гражданский национализм без радикализма и вражды.</w:t>
      </w:r>
    </w:p>
    <w:p>
      <w:pPr>
        <w:spacing w:after="80" w:line="247" w:lineRule="auto"/>
      </w:pPr>
      <w:r>
        <w:rPr>
          <w:rFonts w:ascii="Liberation Serif" w:hAnsi="Liberation Serif"/>
          <w:b w:val="0"/>
          <w:i w:val="0"/>
          <w:sz w:val="21"/>
        </w:rPr>
        <w:t>За труд без унижения.</w:t>
      </w:r>
    </w:p>
    <w:p>
      <w:pPr>
        <w:spacing w:after="80" w:line="247" w:lineRule="auto"/>
      </w:pPr>
      <w:r>
        <w:rPr>
          <w:rFonts w:ascii="Liberation Serif" w:hAnsi="Liberation Serif"/>
          <w:b w:val="0"/>
          <w:i w:val="0"/>
          <w:sz w:val="21"/>
        </w:rPr>
        <w:t>За службу без показухи.</w:t>
      </w:r>
    </w:p>
    <w:p>
      <w:pPr>
        <w:spacing w:after="80" w:line="247" w:lineRule="auto"/>
      </w:pPr>
      <w:r>
        <w:rPr>
          <w:rFonts w:ascii="Liberation Serif" w:hAnsi="Liberation Serif"/>
          <w:b w:val="0"/>
          <w:i w:val="0"/>
          <w:sz w:val="21"/>
        </w:rPr>
        <w:t>За порядок без хаоса и пустой жестокости.</w:t>
      </w:r>
    </w:p>
    <w:p>
      <w:pPr>
        <w:spacing w:after="80" w:line="247" w:lineRule="auto"/>
      </w:pPr>
      <w:r>
        <w:rPr>
          <w:rFonts w:ascii="Liberation Serif" w:hAnsi="Liberation Serif"/>
          <w:b w:val="0"/>
          <w:i w:val="0"/>
          <w:sz w:val="21"/>
        </w:rPr>
        <w:t>За Россию, в которой рабочий класс, служилые люди, специалисты, молодёжь и созидатели должны иметь вес, уважение и будущее.</w:t>
      </w:r>
    </w:p>
    <w:p>
      <w:pPr>
        <w:spacing w:before="80" w:after="160"/>
        <w:ind w:left="340" w:right="170"/>
      </w:pPr>
      <w:r>
        <w:rPr>
          <w:rFonts w:ascii="Liberation Serif" w:hAnsi="Liberation Serif"/>
          <w:b/>
          <w:i/>
          <w:sz w:val="21"/>
        </w:rPr>
        <w:t>Порядок. Труд. Отечество.</w:t>
      </w:r>
    </w:p>
    <w:p>
      <w:pPr>
        <w:spacing w:after="80" w:line="247" w:lineRule="auto"/>
      </w:pPr>
      <w:r>
        <w:rPr>
          <w:rFonts w:ascii="Liberation Serif" w:hAnsi="Liberation Serif"/>
          <w:b w:val="0"/>
          <w:i w:val="0"/>
          <w:sz w:val="21"/>
        </w:rPr>
        <w:t>Это основа ДСПР.</w:t>
      </w:r>
    </w:p>
    <w:p>
      <w:pPr>
        <w:spacing w:after="80" w:line="247" w:lineRule="auto"/>
      </w:pPr>
      <w:r>
        <w:rPr>
          <w:rFonts w:ascii="Liberation Serif" w:hAnsi="Liberation Serif"/>
          <w:b/>
          <w:i w:val="0"/>
          <w:sz w:val="21"/>
        </w:rPr>
        <w:t>Военный лозунг ДСПР:</w:t>
      </w:r>
    </w:p>
    <w:p>
      <w:pPr>
        <w:spacing w:before="80" w:after="160"/>
        <w:ind w:left="340" w:right="170"/>
      </w:pPr>
      <w:r>
        <w:rPr>
          <w:rFonts w:ascii="Liberation Serif" w:hAnsi="Liberation Serif"/>
          <w:b/>
          <w:i/>
          <w:sz w:val="21"/>
        </w:rPr>
        <w:t>Слава России - к Победе!</w:t>
      </w:r>
    </w:p>
    <w:sectPr w:rsidR="00FC693F" w:rsidRPr="0006063C" w:rsidSect="00034616">
      <w:footerReference w:type="default" r:id="rId9"/>
      <w:pgSz w:w="12240" w:h="15840"/>
      <w:pgMar w:top="1020" w:right="1247" w:bottom="96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Liberation Serif" w:hAnsi="Liberation Serif"/>
        <w:sz w:val="16"/>
      </w:rPr>
      <w:t>Движение Социал-Патриотов России - ДСПР | Документ "Кто мы" v1.1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Liberation Serif" w:hAnsi="Liberation Serif" w:eastAsia="Liberation Serif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Liberation Serif" w:hAnsi="Liberation Serif" w:eastAsia="Liberation Serif"/>
      <w:b/>
      <w:bCs/>
      <w:color w:val="365F91" w:themeColor="accent1" w:themeShade="BF"/>
      <w:sz w:val="3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Liberation Serif" w:hAnsi="Liberation Serif" w:eastAsia="Liberation Serif"/>
      <w:b/>
      <w:bCs/>
      <w:color w:val="4F81BD" w:themeColor="accent1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Liberation Serif" w:hAnsi="Liberation Serif" w:eastAsia="Liberation Serif"/>
      <w:b/>
      <w:color w:val="000000"/>
      <w:spacing w:val="5"/>
      <w:kern w:val="28"/>
      <w:sz w:val="4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Liberation Serif" w:hAnsi="Liberation Serif" w:eastAsia="Liberation Serif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Кто мы - Движение Социал-Патриотов России</dc:title>
  <dc:subject>Публичный базовый документ ДСПР</dc:subject>
  <dc:creator>ДСПР</dc:creator>
  <cp:keywords>ДСПР, социал-патриотизм, порядок, труд, отечество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