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700"/>
        <w:ind w:firstLine="0"/>
        <w:jc w:val="center"/>
      </w:pPr>
      <w:r>
        <w:rPr>
          <w:rFonts w:ascii="Liberation Serif" w:hAnsi="Liberation Serif" w:eastAsia="Liberation Serif"/>
          <w:b/>
          <w:color w:val="5A0000"/>
          <w:sz w:val="56"/>
        </w:rPr>
        <w:t>Манифест социал-патриота</w:t>
      </w:r>
    </w:p>
    <w:p>
      <w:pPr>
        <w:ind w:firstLine="0"/>
        <w:jc w:val="center"/>
      </w:pPr>
      <w:r>
        <w:rPr>
          <w:rFonts w:ascii="Liberation Serif" w:hAnsi="Liberation Serif" w:eastAsia="Liberation Serif"/>
          <w:b/>
          <w:sz w:val="30"/>
        </w:rPr>
        <w:t>Базовые положения Движения Социал-Патриотов России - ДСПР</w:t>
      </w:r>
    </w:p>
    <w:p>
      <w:pPr>
        <w:ind w:firstLine="0"/>
        <w:jc w:val="center"/>
      </w:pPr>
      <w:r>
        <w:rPr>
          <w:rFonts w:ascii="Liberation Serif" w:hAnsi="Liberation Serif" w:eastAsia="Liberation Serif"/>
          <w:b/>
          <w:sz w:val="28"/>
        </w:rPr>
        <w:t>Порядок. Труд. Отечество.</w:t>
      </w:r>
    </w:p>
    <w:p>
      <w:pPr>
        <w:ind w:firstLine="0"/>
        <w:jc w:val="center"/>
      </w:pPr>
      <w:r>
        <w:rPr>
          <w:rFonts w:ascii="Liberation Serif" w:hAnsi="Liberation Serif" w:eastAsia="Liberation Serif"/>
          <w:b/>
          <w:sz w:val="28"/>
        </w:rPr>
        <w:t>Слава России - к Победе!</w:t>
      </w:r>
    </w:p>
    <w:p>
      <w:r>
        <w:br w:type="page"/>
      </w:r>
    </w:p>
    <w:p>
      <w:pPr>
        <w:ind w:firstLine="0"/>
        <w:jc w:val="center"/>
      </w:pPr>
      <w:r>
        <w:rPr>
          <w:rFonts w:ascii="Liberation Serif" w:hAnsi="Liberation Serif" w:eastAsia="Liberation Serif"/>
          <w:sz w:val="26"/>
        </w:rPr>
        <w:t>Вопросы и ответы о социал-патриотизме, труде, государстве, нации, порядке и развитии России.</w:t>
      </w:r>
    </w:p>
    <w:p>
      <w:pPr>
        <w:ind w:firstLine="0"/>
        <w:jc w:val="center"/>
      </w:pPr>
      <w:r>
        <w:rPr>
          <w:rFonts w:ascii="Liberation Serif" w:hAnsi="Liberation Serif" w:eastAsia="Liberation Serif"/>
          <w:b/>
          <w:sz w:val="26"/>
        </w:rPr>
        <w:t>Порядок. Труд. Отечество.</w:t>
      </w:r>
    </w:p>
    <w:p>
      <w:pPr>
        <w:ind w:firstLine="0"/>
        <w:jc w:val="center"/>
      </w:pPr>
      <w:r>
        <w:rPr>
          <w:rFonts w:ascii="Liberation Serif" w:hAnsi="Liberation Serif" w:eastAsia="Liberation Serif"/>
          <w:b/>
          <w:sz w:val="26"/>
        </w:rPr>
        <w:t>Слава России - к Победе!</w:t>
      </w:r>
    </w:p>
    <w:p>
      <w:pPr>
        <w:pStyle w:val="Heading2"/>
      </w:pPr>
      <w:r>
        <w:t>Вступление</w:t>
      </w:r>
    </w:p>
    <w:p>
      <w:r>
        <w:rPr>
          <w:rFonts w:ascii="Liberation Serif" w:hAnsi="Liberation Serif" w:eastAsia="Liberation Serif"/>
          <w:sz w:val="24"/>
        </w:rPr>
        <w:t>Манифест социал-патриота - это базовый идейный документ Движения Социал-Патриотов России - ДСПР.</w:t>
      </w:r>
    </w:p>
    <w:p>
      <w:r>
        <w:rPr>
          <w:rFonts w:ascii="Liberation Serif" w:hAnsi="Liberation Serif" w:eastAsia="Liberation Serif"/>
          <w:sz w:val="24"/>
        </w:rPr>
        <w:t>Он написан для тех, кто хочет понять, что такое социал-патриотизм, почему ДСПР говорит о синтезе левой и правой идеи, на какой социальной базе строится движение и какую Россию мы считаем достойной будущего.</w:t>
      </w:r>
    </w:p>
    <w:p>
      <w:r>
        <w:rPr>
          <w:rFonts w:ascii="Liberation Serif" w:hAnsi="Liberation Serif" w:eastAsia="Liberation Serif"/>
          <w:sz w:val="24"/>
        </w:rPr>
        <w:t>ДСПР исходит из простой позиции: Россия не может быть сильной без социальной справедливости, и она не может быть справедливой без сильного государства.</w:t>
      </w:r>
    </w:p>
    <w:p>
      <w:r>
        <w:rPr>
          <w:rFonts w:ascii="Liberation Serif" w:hAnsi="Liberation Serif" w:eastAsia="Liberation Serif"/>
          <w:sz w:val="24"/>
        </w:rPr>
        <w:t>Социальная идея без государства остаётся слабой и беспомощной. Государственная идея без социальной справедливости превращается в защиту аппарата, а не народа. Патриотизм без заботы о рабочем классе становится красивой вывеской. Борьба за рабочий класс без Отечества теряет почву, смысл и историческое направление.</w:t>
      </w:r>
    </w:p>
    <w:p>
      <w:r>
        <w:rPr>
          <w:rFonts w:ascii="Liberation Serif" w:hAnsi="Liberation Serif" w:eastAsia="Liberation Serif"/>
          <w:sz w:val="24"/>
        </w:rPr>
        <w:t>Поэтому социал-патриотизм для нас - это не случайная смесь лозунгов, не политическая экзотика и не попытка понравиться сразу всем. Социал-патриотизм - это синтез идей ради развития.</w:t>
      </w:r>
    </w:p>
    <w:p>
      <w:r>
        <w:rPr>
          <w:rFonts w:ascii="Liberation Serif" w:hAnsi="Liberation Serif" w:eastAsia="Liberation Serif"/>
          <w:sz w:val="24"/>
        </w:rPr>
        <w:t>От левой политической идеи мы берём защиту рабочего класса, уважение к труду, социальное государство и право народа на достойную жизнь.</w:t>
      </w:r>
    </w:p>
    <w:p>
      <w:r>
        <w:rPr>
          <w:rFonts w:ascii="Liberation Serif" w:hAnsi="Liberation Serif" w:eastAsia="Liberation Serif"/>
          <w:sz w:val="24"/>
        </w:rPr>
        <w:t>От правой политической идеи мы берём гражданский национализм, патриотизм, государственность, порядок, суверенитет, величие Отечества, службу, национальное единство и понимание роли русского народа как государствообразующего.</w:t>
      </w:r>
    </w:p>
    <w:p>
      <w:r>
        <w:rPr>
          <w:rFonts w:ascii="Liberation Serif" w:hAnsi="Liberation Serif" w:eastAsia="Liberation Serif"/>
          <w:sz w:val="24"/>
        </w:rPr>
        <w:t>Мы не стремимся копировать прошлое. Мы не строим культ старых идей и вождей. Мы не мечтаем о революционных преобразованиях ради построения рабочего или национального «рая» в стране.</w:t>
      </w:r>
    </w:p>
    <w:p>
      <w:r>
        <w:rPr>
          <w:rFonts w:ascii="Liberation Serif" w:hAnsi="Liberation Serif" w:eastAsia="Liberation Serif"/>
          <w:sz w:val="24"/>
        </w:rPr>
        <w:t>ДСПР говорит с теми, кто не хочет выбирать между социальной справедливостью и патриотизмом, между рабочим классом и государством, между национальным достоинством и социальным развитием.</w:t>
      </w:r>
    </w:p>
    <w:p>
      <w:r>
        <w:rPr>
          <w:rFonts w:ascii="Liberation Serif" w:hAnsi="Liberation Serif" w:eastAsia="Liberation Serif"/>
          <w:sz w:val="24"/>
        </w:rPr>
        <w:t>Мы не либералы, потому что не считаем рынок высшей ценностью. Мы не старые коммунисты, потому что не превращаем прошлое в икону. Мы не нацболы, хотя отдельные мотивы могут казаться похожими. Мы не радикальные этнонационалисты, потому что не строим политику на крови, вражде и шовинизме.</w:t>
      </w:r>
    </w:p>
    <w:p>
      <w:r>
        <w:rPr>
          <w:rFonts w:ascii="Liberation Serif" w:hAnsi="Liberation Serif" w:eastAsia="Liberation Serif"/>
          <w:sz w:val="24"/>
        </w:rPr>
        <w:t>ДСПР выступает за Россию, в которой рабочий класс, солдат, младший офицер, специалист, инженер, учитель, врач, фермер, работник аграрного сектора, идейная молодёжь, гуманитарий, технарь и малый предприниматель не являются расходным материалом в системе хищного либерального капитализма. Они должны быть социальной, трудовой и гражданской основой страны.</w:t>
      </w:r>
    </w:p>
    <w:p>
      <w:pPr>
        <w:pStyle w:val="Heading1"/>
      </w:pPr>
      <w:r>
        <w:t>Раздел I. Основы</w:t>
      </w:r>
    </w:p>
    <w:p>
      <w:pPr>
        <w:pStyle w:val="Heading2"/>
      </w:pPr>
      <w:r>
        <w:t>1. Кто такой социал-патриот?</w:t>
      </w:r>
    </w:p>
    <w:p>
      <w:r>
        <w:rPr>
          <w:rFonts w:ascii="Liberation Serif" w:hAnsi="Liberation Serif" w:eastAsia="Liberation Serif"/>
          <w:sz w:val="24"/>
        </w:rPr>
        <w:t>Социал-патриот - это человек, который соединяет социальную справедливость с патриотизмом, защиту рабочего класса с уважением к государству, трудовую идею с идеей Отечества.</w:t>
      </w:r>
    </w:p>
    <w:p>
      <w:r>
        <w:rPr>
          <w:rFonts w:ascii="Liberation Serif" w:hAnsi="Liberation Serif" w:eastAsia="Liberation Serif"/>
          <w:sz w:val="24"/>
        </w:rPr>
        <w:t>Нельзя защищать Родину, презирая рабочий класс, который её кормит, строит, чинит, лечит, учит и защищает. Нельзя защищать рабочий класс, отрицая государство, армию, закон, национальное единство и историческую преемственность России.</w:t>
      </w:r>
    </w:p>
    <w:p>
      <w:r>
        <w:rPr>
          <w:rFonts w:ascii="Liberation Serif" w:hAnsi="Liberation Serif" w:eastAsia="Liberation Serif"/>
          <w:sz w:val="24"/>
        </w:rPr>
        <w:t>Социал-патриот стоит на позиции синтеза: социальная справедливость, защита рабочего класса, сильное государство, гражданский национализм, порядок, труд, служба, суверенитет и величие Отечества.</w:t>
      </w:r>
    </w:p>
    <w:p>
      <w:pPr>
        <w:pStyle w:val="Heading2"/>
      </w:pPr>
      <w:r>
        <w:t>2. Что такое социал-патриотизм?</w:t>
      </w:r>
    </w:p>
    <w:p>
      <w:r>
        <w:rPr>
          <w:rFonts w:ascii="Liberation Serif" w:hAnsi="Liberation Serif" w:eastAsia="Liberation Serif"/>
          <w:sz w:val="24"/>
        </w:rPr>
        <w:t>Социал-патриотизм - это политическая идея, которая соединяет социальную справедливость и патриотизм.</w:t>
      </w:r>
    </w:p>
    <w:p>
      <w:pPr>
        <w:pStyle w:val="DSPQuote"/>
      </w:pPr>
      <w:r>
        <w:rPr>
          <w:rFonts w:ascii="Liberation Serif" w:hAnsi="Liberation Serif" w:eastAsia="Liberation Serif"/>
          <w:sz w:val="24"/>
        </w:rPr>
        <w:t>Россия должна быть сильной, справедливой, трудовой, суверенной и национально единой.</w:t>
      </w:r>
    </w:p>
    <w:p>
      <w:r>
        <w:rPr>
          <w:rFonts w:ascii="Liberation Serif" w:hAnsi="Liberation Serif" w:eastAsia="Liberation Serif"/>
          <w:sz w:val="24"/>
        </w:rPr>
        <w:t>Социал-патриотизм выступает против двух ошибок. Первая ошибка - считать, что достаточно одной социальной повестки без государства, армии, национального единства, культуры и исторической преемственности. Вторая ошибка - считать, что достаточно одного патриотизма без ответа на бедность, унижение рабочего класса, бесправие специалистов, социальное расслоение и хищный либеральный капитализм.</w:t>
      </w:r>
    </w:p>
    <w:p>
      <w:r>
        <w:rPr>
          <w:rFonts w:ascii="Liberation Serif" w:hAnsi="Liberation Serif" w:eastAsia="Liberation Serif"/>
          <w:sz w:val="24"/>
        </w:rPr>
        <w:t>Мы считаем, что сильная Россия невозможна без социальной справедливости, а социальная справедливость невозможна без сильного российского государства.</w:t>
      </w:r>
    </w:p>
    <w:p>
      <w:pPr>
        <w:pStyle w:val="Heading2"/>
      </w:pPr>
      <w:r>
        <w:t>3. Почему ДСПР говорит о синтезе левой и правой идеи?</w:t>
      </w:r>
    </w:p>
    <w:p>
      <w:r>
        <w:rPr>
          <w:rFonts w:ascii="Liberation Serif" w:hAnsi="Liberation Serif" w:eastAsia="Liberation Serif"/>
          <w:sz w:val="24"/>
        </w:rPr>
        <w:t>Потому что Россия не укладывается в простую схему «левые против правых». Левая идея говорит о труде, социальной защите, рабочем классе, справедливости и народном большинстве. Правая политическая идея говорит о государстве, порядке, суверенитете, армии, национальном единстве, преемственности и величии Отечества.</w:t>
      </w:r>
    </w:p>
    <w:p>
      <w:r>
        <w:rPr>
          <w:rFonts w:ascii="Liberation Serif" w:hAnsi="Liberation Serif" w:eastAsia="Liberation Serif"/>
          <w:sz w:val="24"/>
        </w:rPr>
        <w:t>ДСПР считает, что России нужны оба начала. Не как временный компромисс, не как сделка между лагерями и не как политическая маскировка, а как синтез идей ради развития.</w:t>
      </w:r>
    </w:p>
    <w:p>
      <w:pPr>
        <w:pStyle w:val="Heading2"/>
      </w:pPr>
      <w:r>
        <w:t>4. Почему старое деление на «левых» и «правых» больше не даёт полного ответа?</w:t>
      </w:r>
    </w:p>
    <w:p>
      <w:r>
        <w:rPr>
          <w:rFonts w:ascii="Liberation Serif" w:hAnsi="Liberation Serif" w:eastAsia="Liberation Serif"/>
          <w:sz w:val="24"/>
        </w:rPr>
        <w:t>В широкой политической жизни чистые идеологические формы встречаются редко. Политические идеи давно переплелись. Партии, движения и общественные силы часто используют элементы разных направлений, даже если называют себя левыми, правыми, либеральными, консервативными или патриотическими.</w:t>
      </w:r>
    </w:p>
    <w:p>
      <w:r>
        <w:rPr>
          <w:rFonts w:ascii="Liberation Serif" w:hAnsi="Liberation Serif" w:eastAsia="Liberation Serif"/>
          <w:sz w:val="24"/>
        </w:rPr>
        <w:t>КПРФ принято относить к левым силам, но в её риторике давно присутствуют патриотизм, защита суверенитета, уважение к советской государственности, историческая память и государственная линия. ЛДПР принято относить к правому или национально-популистскому полю, но в её риторике также присутствуют социальные требования, критика неравенства и защита простого человека. «Единая Россия» как партия власти также вынуждена использовать социальную повестку. Справедливая Россия сочетает социальные лозунги с патриотической и государственно ориентированной риторикой.</w:t>
      </w:r>
    </w:p>
    <w:p>
      <w:r>
        <w:rPr>
          <w:rFonts w:ascii="Liberation Serif" w:hAnsi="Liberation Serif" w:eastAsia="Liberation Serif"/>
          <w:sz w:val="24"/>
        </w:rPr>
        <w:t>Эти примеры показывают: в реальной политике идеи не существуют в чистом лабораторном виде. Поэтому ДСПР не делает вид, что существует простой выбор: либо левое, либо правое. Современная Россия требует осознанного синтеза, а не случайного смешения лозунгов.</w:t>
      </w:r>
    </w:p>
    <w:p>
      <w:pPr>
        <w:pStyle w:val="Heading2"/>
      </w:pPr>
      <w:r>
        <w:t>5. Что значит «синтез идей ради развития»?</w:t>
      </w:r>
    </w:p>
    <w:p>
      <w:r>
        <w:rPr>
          <w:rFonts w:ascii="Liberation Serif" w:hAnsi="Liberation Serif" w:eastAsia="Liberation Serif"/>
          <w:sz w:val="24"/>
        </w:rPr>
        <w:t>Синтез идей ради развития означает, что ДСПР соединяет левую и правую политическую идею не ради красивой вывески, а ради практической задачи - развития России.</w:t>
      </w:r>
    </w:p>
    <w:p>
      <w:r>
        <w:rPr>
          <w:rFonts w:ascii="Liberation Serif" w:hAnsi="Liberation Serif" w:eastAsia="Liberation Serif"/>
          <w:sz w:val="24"/>
        </w:rPr>
        <w:t>От левой идеи мы берём то, что работает на народ, труд, социальную справедливость и защиту рабочего класса. От правой политической идеи мы берём то, что работает на государство, суверенитет, национальное единство, порядок, службу и величие Отечества.</w:t>
      </w:r>
    </w:p>
    <w:p>
      <w:r>
        <w:rPr>
          <w:rFonts w:ascii="Liberation Serif" w:hAnsi="Liberation Serif" w:eastAsia="Liberation Serif"/>
          <w:sz w:val="24"/>
        </w:rPr>
        <w:t>Мы отвергаем то, что ведёт к разрушению страны, радикализму, этнической вражде, слепому культу прошлого, безответственной революционной мечте, хищному либеральному капитализму и хаосу.</w:t>
      </w:r>
    </w:p>
    <w:p>
      <w:pPr>
        <w:pStyle w:val="Heading1"/>
      </w:pPr>
      <w:r>
        <w:t>Раздел II. Левая идея</w:t>
      </w:r>
    </w:p>
    <w:p>
      <w:pPr>
        <w:pStyle w:val="Heading2"/>
      </w:pPr>
      <w:r>
        <w:t>6. Что ДСПР берёт от левой политической идеи?</w:t>
      </w:r>
    </w:p>
    <w:p>
      <w:r>
        <w:rPr>
          <w:rFonts w:ascii="Liberation Serif" w:hAnsi="Liberation Serif" w:eastAsia="Liberation Serif"/>
          <w:sz w:val="24"/>
        </w:rPr>
        <w:t>ДСПР берёт от левой политической идеи её главное здоровое ядро: защиту рабочего класса, уважение к труду, социальное государство, борьбу с бедностью, защиту человека от произвола капитала, чиновничества и системы, где деньги ставятся выше пользы для страны.</w:t>
      </w:r>
    </w:p>
    <w:p>
      <w:r>
        <w:rPr>
          <w:rFonts w:ascii="Liberation Serif" w:hAnsi="Liberation Serif" w:eastAsia="Liberation Serif"/>
          <w:sz w:val="24"/>
        </w:rPr>
        <w:t>Для нас левая идея - это не культ старых идей и вождей, не мечта о революционных преобразованиях ради построения рабочего или национального «рая» в стране, не отрицание армии, государства, национального интереса и исторической преемственности.</w:t>
      </w:r>
    </w:p>
    <w:p>
      <w:pPr>
        <w:pStyle w:val="Heading2"/>
      </w:pPr>
      <w:r>
        <w:t>7. Что такое защита рабочего класса?</w:t>
      </w:r>
    </w:p>
    <w:p>
      <w:r>
        <w:rPr>
          <w:rFonts w:ascii="Liberation Serif" w:hAnsi="Liberation Serif" w:eastAsia="Liberation Serif"/>
          <w:sz w:val="24"/>
        </w:rPr>
        <w:t>Защита рабочего класса - это не только вопрос зарплаты. Это вопрос положения человека труда в обществе, государстве и экономике.</w:t>
      </w:r>
    </w:p>
    <w:p>
      <w:r>
        <w:rPr>
          <w:rFonts w:ascii="Liberation Serif" w:hAnsi="Liberation Serif" w:eastAsia="Liberation Serif"/>
          <w:sz w:val="24"/>
        </w:rPr>
        <w:t>Рабочий класс в современном понимании - это не только заводской рабочий в классическом образе XX века. Это более широкий слой людей, которые живут своим трудом, создают материальную, техническую, социальную и оборонную основу страны: промышленные рабочие, строители, работники транспорта, работники аграрного сектора, технические специалисты, инженеры, работники инфраструктуры, младший и средний медицинский персонал, учителя, работники коммунальной сферы, военнослужащие нижнего и среднего звена и специалисты, которые создают реальный продукт или обеспечивают работу страны.</w:t>
      </w:r>
    </w:p>
    <w:p>
      <w:r>
        <w:rPr>
          <w:rFonts w:ascii="Liberation Serif" w:hAnsi="Liberation Serif" w:eastAsia="Liberation Serif"/>
          <w:sz w:val="24"/>
        </w:rPr>
        <w:t>Защита рабочего класса означает, что человек труда не должен быть бесправным винтиком. Он должен иметь достойную оплату, нормальные условия труда, социальные гарантии, право на отдых и восстановление, защиту от произвола работодателя, уважение со стороны общества, возможность профессионального роста, уверенность в завтрашнем дне и связь своего труда с развитием страны.</w:t>
      </w:r>
    </w:p>
    <w:p>
      <w:pPr>
        <w:pStyle w:val="Heading2"/>
      </w:pPr>
      <w:r>
        <w:t>8. Почему труд должен давать человеку реальный вес в обществе и государстве?</w:t>
      </w:r>
    </w:p>
    <w:p>
      <w:r>
        <w:rPr>
          <w:rFonts w:ascii="Liberation Serif" w:hAnsi="Liberation Serif" w:eastAsia="Liberation Serif"/>
          <w:sz w:val="24"/>
        </w:rPr>
        <w:t>Труд - это не только способ заработать деньги. Труд - это вклад человека в общее дело.</w:t>
      </w:r>
    </w:p>
    <w:p>
      <w:r>
        <w:rPr>
          <w:rFonts w:ascii="Liberation Serif" w:hAnsi="Liberation Serif" w:eastAsia="Liberation Serif"/>
          <w:sz w:val="24"/>
        </w:rPr>
        <w:t>Если человек работает, создаёт, служит, учит, лечит, строит, производит, защищает, управляет техникой, обрабатывает землю, развивает производство или поддерживает инфраструктуру, он участвует в жизни страны не словами, а делом.</w:t>
      </w:r>
    </w:p>
    <w:p>
      <w:r>
        <w:rPr>
          <w:rFonts w:ascii="Liberation Serif" w:hAnsi="Liberation Serif" w:eastAsia="Liberation Serif"/>
          <w:sz w:val="24"/>
        </w:rPr>
        <w:t>В системе хищного либерального капитализма труд часто обесценивается. Человек может быть полезен стране, но оставаться бедным. Он может иметь квалификацию, но не иметь уважения. Он может держать на себе производство, часть, больницу, школу или предприятие, но быть ниже тех, кто ничего не создаёт, а только распределяет, перепродаёт, паразитирует или делает карьеру на отчётах.</w:t>
      </w:r>
    </w:p>
    <w:p>
      <w:r>
        <w:rPr>
          <w:rFonts w:ascii="Liberation Serif" w:hAnsi="Liberation Serif" w:eastAsia="Liberation Serif"/>
          <w:sz w:val="24"/>
        </w:rPr>
        <w:t>ДСПР считает, что труд должен давать человеку реальный вес в экономике, обществе, государстве, местной жизни, социальной политике и кадровой системе.</w:t>
      </w:r>
    </w:p>
    <w:p>
      <w:pPr>
        <w:pStyle w:val="Heading2"/>
      </w:pPr>
      <w:r>
        <w:t>9. Почему ДСПР выступает за социальное государство?</w:t>
      </w:r>
    </w:p>
    <w:p>
      <w:r>
        <w:rPr>
          <w:rFonts w:ascii="Liberation Serif" w:hAnsi="Liberation Serif" w:eastAsia="Liberation Serif"/>
          <w:sz w:val="24"/>
        </w:rPr>
        <w:t>ДСПР выступает за социальное государство, потому что государство не должно быть только аппаратом приказа, контроля и отчётности. Государство должно защищать людей, которые составляют основу страны.</w:t>
      </w:r>
    </w:p>
    <w:p>
      <w:r>
        <w:rPr>
          <w:rFonts w:ascii="Liberation Serif" w:hAnsi="Liberation Serif" w:eastAsia="Liberation Serif"/>
          <w:sz w:val="24"/>
        </w:rPr>
        <w:t>Социальное государство - это не подачки и не слабость. Это система, в которой человек не брошен один на один с бедностью, болезнью, старостью, безработицей, произволом работодателя, жилищной проблемой и социальным унижением.</w:t>
      </w:r>
    </w:p>
    <w:p>
      <w:r>
        <w:rPr>
          <w:rFonts w:ascii="Liberation Serif" w:hAnsi="Liberation Serif" w:eastAsia="Liberation Serif"/>
          <w:sz w:val="24"/>
        </w:rPr>
        <w:t>Социальное государство должно обеспечивать доступное образование, доступную медицину, поддержку семей, защиту материнства и детства, достойное отношение к ветеранам, поддержку инвалидов, защиту работников, развитие регионов, нормальную инфраструктуру и возможность человеку честно трудиться и жить достойно.</w:t>
      </w:r>
    </w:p>
    <w:p>
      <w:r>
        <w:rPr>
          <w:rFonts w:ascii="Liberation Serif" w:hAnsi="Liberation Serif" w:eastAsia="Liberation Serif"/>
          <w:sz w:val="24"/>
        </w:rPr>
        <w:t>При этом ДСПР не выступает за безответственную раздачу всего всем. Социальное государство должно быть связано с трудом, службой, семьёй, ответственностью и развитием. Оно не должно выращивать иждивенчество. Оно должно укреплять народ.</w:t>
      </w:r>
    </w:p>
    <w:p>
      <w:pPr>
        <w:pStyle w:val="Heading2"/>
      </w:pPr>
      <w:r>
        <w:t>10. Почему ДСПР не является старым коммунистическим проектом?</w:t>
      </w:r>
    </w:p>
    <w:p>
      <w:r>
        <w:rPr>
          <w:rFonts w:ascii="Liberation Serif" w:hAnsi="Liberation Serif" w:eastAsia="Liberation Serif"/>
          <w:sz w:val="24"/>
        </w:rPr>
        <w:t>ДСПР не является старым коммунистическим проектом, потому что мы не строим свою идеологию на слепом копировании прошлого.</w:t>
      </w:r>
    </w:p>
    <w:p>
      <w:r>
        <w:rPr>
          <w:rFonts w:ascii="Liberation Serif" w:hAnsi="Liberation Serif" w:eastAsia="Liberation Serif"/>
          <w:sz w:val="24"/>
        </w:rPr>
        <w:t>Мы уважаем в советском опыте индустриализацию, массовое образование, развитие науки, социальные гарантии, уважение к труду, победу в Великой Отечественной войне, роль армии, мобилизационную способность государства и идею служения общему делу.</w:t>
      </w:r>
    </w:p>
    <w:p>
      <w:r>
        <w:rPr>
          <w:rFonts w:ascii="Liberation Serif" w:hAnsi="Liberation Serif" w:eastAsia="Liberation Serif"/>
          <w:sz w:val="24"/>
        </w:rPr>
        <w:t>Но уважение к историческому опыту не означает превращение прошлого в икону. XX век закончился. Россия живёт в других условиях. Изменилась экономика, общество, технологии, международная обстановка, структура занятости, информационная среда, формы политики и войны.</w:t>
      </w:r>
    </w:p>
    <w:p>
      <w:r>
        <w:rPr>
          <w:rFonts w:ascii="Liberation Serif" w:hAnsi="Liberation Serif" w:eastAsia="Liberation Serif"/>
          <w:sz w:val="24"/>
        </w:rPr>
        <w:t>ДСПР не принимает культ старых идей и вождей, механическое копирование советской модели, отрицание частной инициативы, отрицание национального вопроса, отрицание роли русского народа как государствообразующего, пренебрежение армией, службой и государственным порядком, революционную романтику разрушения и попытку строить рабочий или национальный «рай» через слом страны.</w:t>
      </w:r>
    </w:p>
    <w:p>
      <w:pPr>
        <w:pStyle w:val="Heading1"/>
      </w:pPr>
      <w:r>
        <w:t>Раздел III. Правая политическая идея</w:t>
      </w:r>
    </w:p>
    <w:p>
      <w:pPr>
        <w:pStyle w:val="Heading2"/>
      </w:pPr>
      <w:r>
        <w:t>11. Что ДСПР берёт от правой политической идеи?</w:t>
      </w:r>
    </w:p>
    <w:p>
      <w:r>
        <w:rPr>
          <w:rFonts w:ascii="Liberation Serif" w:hAnsi="Liberation Serif" w:eastAsia="Liberation Serif"/>
          <w:sz w:val="24"/>
        </w:rPr>
        <w:t>ДСПР берёт от правой политической идеи не радикализм, не шовинизм и не культ силы ради силы. Мы берём из неё суверенитет России, идею Великой России и её возрождения, сильное государство, историческую преемственность, уважение к армии и службе, гражданский национализм, национальное единство, порядок, дисциплину и понимание роли русского народа как государствообразующего.</w:t>
      </w:r>
    </w:p>
    <w:p>
      <w:r>
        <w:rPr>
          <w:rFonts w:ascii="Liberation Serif" w:hAnsi="Liberation Serif" w:eastAsia="Liberation Serif"/>
          <w:sz w:val="24"/>
        </w:rPr>
        <w:t>Правая политическая идея напоминает простую вещь: страна не держится только на социальных требованиях. Страна держится на государстве, народе, армии, культуре, законе, границах, языке, памяти и готовности защищать своё.</w:t>
      </w:r>
    </w:p>
    <w:p>
      <w:r>
        <w:rPr>
          <w:rFonts w:ascii="Liberation Serif" w:hAnsi="Liberation Serif" w:eastAsia="Liberation Serif"/>
          <w:sz w:val="24"/>
        </w:rPr>
        <w:t>Мы не считаем, что национальная идея должна превращаться в ненависть. Мы не считаем, что государство должно быть выше народа как отдельная мёртвая машина. Мы не считаем, что сила освобождает власть от ответственности. Мы не считаем, что патриотизм должен закрывать глаза на социальную несправедливость.</w:t>
      </w:r>
    </w:p>
    <w:p>
      <w:pPr>
        <w:pStyle w:val="Heading2"/>
      </w:pPr>
      <w:r>
        <w:t>12. Что такое патриотизм для ДСПР?</w:t>
      </w:r>
    </w:p>
    <w:p>
      <w:r>
        <w:rPr>
          <w:rFonts w:ascii="Liberation Serif" w:hAnsi="Liberation Serif" w:eastAsia="Liberation Serif"/>
          <w:sz w:val="24"/>
        </w:rPr>
        <w:t>Патриотизм для ДСПР - это не декорация и не набор красивых слов. Патриотизм - это признание России своим Отечеством и готовность действовать в интересах страны, народа и государства.</w:t>
      </w:r>
    </w:p>
    <w:p>
      <w:r>
        <w:rPr>
          <w:rFonts w:ascii="Liberation Serif" w:hAnsi="Liberation Serif" w:eastAsia="Liberation Serif"/>
          <w:sz w:val="24"/>
        </w:rPr>
        <w:t>Патриотизм должен проявляться в деле: в труде, службе, защите страны, развитии производства, воспитании, честном исполнении обязанностей, поддержке семьи, уважении к закону, защите исторической памяти и готовности думать не только о себе, но и о будущем России.</w:t>
      </w:r>
    </w:p>
    <w:p>
      <w:r>
        <w:rPr>
          <w:rFonts w:ascii="Liberation Serif" w:hAnsi="Liberation Serif" w:eastAsia="Liberation Serif"/>
          <w:sz w:val="24"/>
        </w:rPr>
        <w:t>ДСПР отвергает показной патриотизм, который любит лозунги, но равнодушен к рабочему классу, бедности, социальной несправедливости, проблемам регионов, состоянию армии, положению ветеранов и будущему молодёжи.</w:t>
      </w:r>
    </w:p>
    <w:p>
      <w:pPr>
        <w:pStyle w:val="Heading2"/>
      </w:pPr>
      <w:r>
        <w:t>13. Что значит величие Отечества?</w:t>
      </w:r>
    </w:p>
    <w:p>
      <w:r>
        <w:rPr>
          <w:rFonts w:ascii="Liberation Serif" w:hAnsi="Liberation Serif" w:eastAsia="Liberation Serif"/>
          <w:sz w:val="24"/>
        </w:rPr>
        <w:t>Величие Отечества для ДСПР - это не пустой имперский пафос и не мечта о красивых картах. Величие России должно выражаться не только в территории, армии и истории, но и в состоянии народа, экономики, образования, науки, культуры, производства, семьи, регионов и социальной справедливости.</w:t>
      </w:r>
    </w:p>
    <w:p>
      <w:r>
        <w:rPr>
          <w:rFonts w:ascii="Liberation Serif" w:hAnsi="Liberation Serif" w:eastAsia="Liberation Serif"/>
          <w:sz w:val="24"/>
        </w:rPr>
        <w:t>Великая Россия - это страна, где государство обладает суверенитетом, армия сильна и уважаема, рабочий класс защищён, труд имеет вес, наука и промышленность развиваются, семья получает поддержку, регионы не брошены, народ не превращён в расходный материал, русский народ сохраняет роль государствообразующего, народы России связаны общим государством, законом и культурным ядром, власть отвечает за результат, а элиты служат стране, а не используют её.</w:t>
      </w:r>
    </w:p>
    <w:p>
      <w:pPr>
        <w:pStyle w:val="Heading2"/>
      </w:pPr>
      <w:r>
        <w:t>14. Почему ДСПР говорит о сильном государстве?</w:t>
      </w:r>
    </w:p>
    <w:p>
      <w:r>
        <w:rPr>
          <w:rFonts w:ascii="Liberation Serif" w:hAnsi="Liberation Serif" w:eastAsia="Liberation Serif"/>
          <w:sz w:val="24"/>
        </w:rPr>
        <w:t>ДСПР говорит о сильном государстве, потому что без него невозможно защитить страну, рабочий класс, суверенитет, порядок и развитие.</w:t>
      </w:r>
    </w:p>
    <w:p>
      <w:r>
        <w:rPr>
          <w:rFonts w:ascii="Liberation Serif" w:hAnsi="Liberation Serif" w:eastAsia="Liberation Serif"/>
          <w:sz w:val="24"/>
        </w:rPr>
        <w:t>Слабое государство не способно защищать границы, управлять экономикой, сдерживать хищный либеральный капитализм, развивать промышленность, поддерживать науку, обеспечивать социальные гарантии, контролировать стратегические отрасли, защищать трудящихся, бороться с коррупцией, проводить долгую национальную политику и удерживать страну от распада.</w:t>
      </w:r>
    </w:p>
    <w:p>
      <w:pPr>
        <w:pStyle w:val="DSPQuote"/>
      </w:pPr>
      <w:r>
        <w:rPr>
          <w:rFonts w:ascii="Liberation Serif" w:hAnsi="Liberation Serif" w:eastAsia="Liberation Serif"/>
          <w:sz w:val="24"/>
        </w:rPr>
        <w:t>Сильное государство для ДСПР - это не произвол чиновника. Сильное государство - это государство, которое способно принимать решения, исполнять их, отвечать за результат и служить развитию страны.</w:t>
      </w:r>
    </w:p>
    <w:p>
      <w:pPr>
        <w:pStyle w:val="Heading2"/>
      </w:pPr>
      <w:r>
        <w:t>15. Почему ДСПР не является радикальным этнонационалистическим движением?</w:t>
      </w:r>
    </w:p>
    <w:p>
      <w:r>
        <w:rPr>
          <w:rFonts w:ascii="Liberation Serif" w:hAnsi="Liberation Serif" w:eastAsia="Liberation Serif"/>
          <w:sz w:val="24"/>
        </w:rPr>
        <w:t>ДСПР не является радикальным этнонационалистическим движением, потому что мы не строим политику на крови, вражде, расе, шовинизме и делении граждан России на «своих» и «чужих» по происхождению.</w:t>
      </w:r>
    </w:p>
    <w:p>
      <w:r>
        <w:rPr>
          <w:rFonts w:ascii="Liberation Serif" w:hAnsi="Liberation Serif" w:eastAsia="Liberation Serif"/>
          <w:sz w:val="24"/>
        </w:rPr>
        <w:t>Мы признаём роль русского народа как государствообразующего. Русский народ создал историческое, культурное, языковое и государственное ядро России. Но признание роли русского народа не означает ненависть к другим народам России.</w:t>
      </w:r>
    </w:p>
    <w:p>
      <w:r>
        <w:rPr>
          <w:rFonts w:ascii="Liberation Serif" w:hAnsi="Liberation Serif" w:eastAsia="Liberation Serif"/>
          <w:sz w:val="24"/>
        </w:rPr>
        <w:t>ДСПР стоит на позиции гражданского национализма. Политическая нация строится вокруг гражданства, общего государства, русского языка, закона, культуры России, уважения к историческому ядру страны, труда, службы, вклада в общее дело и признания России своим Отечеством.</w:t>
      </w:r>
    </w:p>
    <w:p>
      <w:pPr>
        <w:pStyle w:val="Heading1"/>
      </w:pPr>
      <w:r>
        <w:t>Раздел IV. Нация и гражданский национализм</w:t>
      </w:r>
    </w:p>
    <w:p>
      <w:pPr>
        <w:pStyle w:val="Heading2"/>
      </w:pPr>
      <w:r>
        <w:t>16. Что такое гражданский национализм?</w:t>
      </w:r>
    </w:p>
    <w:p>
      <w:r>
        <w:rPr>
          <w:rFonts w:ascii="Liberation Serif" w:hAnsi="Liberation Serif" w:eastAsia="Liberation Serif"/>
          <w:sz w:val="24"/>
        </w:rPr>
        <w:t>Гражданский национализм для ДСПР - это понимание нации как политического единства граждан, связанных общим государством, законом, языком, культурным ядром, историей, трудом, службой и признанием России своим Отечеством.</w:t>
      </w:r>
    </w:p>
    <w:p>
      <w:r>
        <w:rPr>
          <w:rFonts w:ascii="Liberation Serif" w:hAnsi="Liberation Serif" w:eastAsia="Liberation Serif"/>
          <w:sz w:val="24"/>
        </w:rPr>
        <w:t>Мы используем этот термин в официальном политическом смысле: без радикализма, без этнической вражды, без шовинизма и без деления граждан России на «своих» и «чужих» по крови.</w:t>
      </w:r>
    </w:p>
    <w:p>
      <w:r>
        <w:rPr>
          <w:rFonts w:ascii="Liberation Serif" w:hAnsi="Liberation Serif" w:eastAsia="Liberation Serif"/>
          <w:sz w:val="24"/>
        </w:rPr>
        <w:t>Гражданский национализм означает, что человек принадлежит к политической нации не только по происхождению, а по реальной связи со страной: гражданству, знанию русского языка, уважению к культуре России, соблюдению закона, труду, службе, участию в жизни общества, признанию России своим Отечеством и готовности связывать своё будущее с судьбой страны.</w:t>
      </w:r>
    </w:p>
    <w:p>
      <w:pPr>
        <w:pStyle w:val="Heading2"/>
      </w:pPr>
      <w:r>
        <w:t>17. Как ДСПР понимает русский народ как государствообразующий?</w:t>
      </w:r>
    </w:p>
    <w:p>
      <w:r>
        <w:rPr>
          <w:rFonts w:ascii="Liberation Serif" w:hAnsi="Liberation Serif" w:eastAsia="Liberation Serif"/>
          <w:sz w:val="24"/>
        </w:rPr>
        <w:t>ДСПР признаёт русский народ государствообразующим народом России. Это не лозунг для вражды и не повод для шовинизма. Это исторический, культурный и государственный факт.</w:t>
      </w:r>
    </w:p>
    <w:p>
      <w:r>
        <w:rPr>
          <w:rFonts w:ascii="Liberation Serif" w:hAnsi="Liberation Serif" w:eastAsia="Liberation Serif"/>
          <w:sz w:val="24"/>
        </w:rPr>
        <w:t>Русский народ создал основное историческое ядро России. Русский язык стал главным языком межнационального общения. Русская культура стала основой общего культурного пространства. Русская государственность стала стержнем, вокруг которого складывалась страна.</w:t>
      </w:r>
    </w:p>
    <w:p>
      <w:r>
        <w:rPr>
          <w:rFonts w:ascii="Liberation Serif" w:hAnsi="Liberation Serif" w:eastAsia="Liberation Serif"/>
          <w:sz w:val="24"/>
        </w:rPr>
        <w:t>Русский народ является государствообразующим не потому, что должен унижать другие народы, а потому, что несёт особую историческую ответственность за сохранение России как единого государства.</w:t>
      </w:r>
    </w:p>
    <w:p>
      <w:r>
        <w:rPr>
          <w:rFonts w:ascii="Liberation Serif" w:hAnsi="Liberation Serif" w:eastAsia="Liberation Serif"/>
          <w:sz w:val="24"/>
        </w:rPr>
        <w:t>Русский вопрос нельзя замалчивать, потому что тогда его заберут радикалы, маргиналы и провокаторы. Но русский вопрос нельзя и извращать, превращая его в шовинизм, расовую ненависть и деление граждан по крови.</w:t>
      </w:r>
    </w:p>
    <w:p>
      <w:pPr>
        <w:pStyle w:val="Heading2"/>
      </w:pPr>
      <w:r>
        <w:t>18. Как ДСПР относится к народам России?</w:t>
      </w:r>
    </w:p>
    <w:p>
      <w:r>
        <w:rPr>
          <w:rFonts w:ascii="Liberation Serif" w:hAnsi="Liberation Serif" w:eastAsia="Liberation Serif"/>
          <w:sz w:val="24"/>
        </w:rPr>
        <w:t>ДСПР относится к народам России как к части единого российского государства и политической нации. Россия исторически складывалась как многонациональное государство. В её составе живут разные народы, имеющие свою культуру, традиции, историю и региональную укоренённость.</w:t>
      </w:r>
    </w:p>
    <w:p>
      <w:r>
        <w:rPr>
          <w:rFonts w:ascii="Liberation Serif" w:hAnsi="Liberation Serif" w:eastAsia="Liberation Serif"/>
          <w:sz w:val="24"/>
        </w:rPr>
        <w:t>Но многонациональность России не должна означать распад на отдельные замкнутые общины, кланы, диаспоры и региональные интересы. Народы России должны быть связаны общим государством, общим законом, русским языком как главным языком межнационального общения, общей системой образования, общей армией, общей исторической памятью, общей ответственностью за страну и признанием России своим Отечеством.</w:t>
      </w:r>
    </w:p>
    <w:p>
      <w:pPr>
        <w:pStyle w:val="Heading2"/>
      </w:pPr>
      <w:r>
        <w:t>19. Почему национальное единство невозможно без закона и общего государства?</w:t>
      </w:r>
    </w:p>
    <w:p>
      <w:r>
        <w:rPr>
          <w:rFonts w:ascii="Liberation Serif" w:hAnsi="Liberation Serif" w:eastAsia="Liberation Serif"/>
          <w:sz w:val="24"/>
        </w:rPr>
        <w:t>Национальное единство невозможно без закона и общего государства, потому что одних эмоций, символов и красивых слов недостаточно.</w:t>
      </w:r>
    </w:p>
    <w:p>
      <w:r>
        <w:rPr>
          <w:rFonts w:ascii="Liberation Serif" w:hAnsi="Liberation Serif" w:eastAsia="Liberation Serif"/>
          <w:sz w:val="24"/>
        </w:rPr>
        <w:t>Если закон действует выборочно, если одни группы живут по общим правилам, а другие по своим, если кланы и связи важнее государства, если коррупция сильнее справедливости, то настоящее единство разрушается.</w:t>
      </w:r>
    </w:p>
    <w:p>
      <w:r>
        <w:rPr>
          <w:rFonts w:ascii="Liberation Serif" w:hAnsi="Liberation Serif" w:eastAsia="Liberation Serif"/>
          <w:sz w:val="24"/>
        </w:rPr>
        <w:t>Национальное единство требует единого государства, единого закона, общих обязанностей, общей ответственности, общего языка межнационального общения, единого правового пространства, уважения к государственным символам, признания общей истории и готовности защищать страну.</w:t>
      </w:r>
    </w:p>
    <w:p>
      <w:pPr>
        <w:pStyle w:val="Heading2"/>
      </w:pPr>
      <w:r>
        <w:t>20. Где граница между гражданским национализмом и радикализмом?</w:t>
      </w:r>
    </w:p>
    <w:p>
      <w:r>
        <w:rPr>
          <w:rFonts w:ascii="Liberation Serif" w:hAnsi="Liberation Serif" w:eastAsia="Liberation Serif"/>
          <w:sz w:val="24"/>
        </w:rPr>
        <w:t>Граница проходит там, где национальная идея перестаёт служить государству и народу и начинает служить ненависти, разрушению и политической истерике.</w:t>
      </w:r>
    </w:p>
    <w:p>
      <w:r>
        <w:rPr>
          <w:rFonts w:ascii="Liberation Serif" w:hAnsi="Liberation Serif" w:eastAsia="Liberation Serif"/>
          <w:sz w:val="24"/>
        </w:rPr>
        <w:t>Гражданский национализм ДСПР говорит: Россия - наше Отечество; русский народ - государствообразующий; граждане России - единая политическая нация; русский язык - общий язык страны; государство и закон - основа единства; труд и служба - форма вклада в общее дело; национальная идея должна укреплять страну.</w:t>
      </w:r>
    </w:p>
    <w:p>
      <w:r>
        <w:rPr>
          <w:rFonts w:ascii="Liberation Serif" w:hAnsi="Liberation Serif" w:eastAsia="Liberation Serif"/>
          <w:sz w:val="24"/>
        </w:rPr>
        <w:t>Радикальный национализм ставит кровь выше государства, превращает происхождение в главный политический критерий, делит граждан страны по этническому признаку, подменяет гражданскую ответственность уличной агрессией и ведёт к маргинализации национальной идеи.</w:t>
      </w:r>
    </w:p>
    <w:p>
      <w:r>
        <w:rPr>
          <w:rFonts w:ascii="Liberation Serif" w:hAnsi="Liberation Serif" w:eastAsia="Liberation Serif"/>
          <w:sz w:val="24"/>
        </w:rPr>
        <w:t>ДСПР выбирает гражданский национализм в правовом поле.</w:t>
      </w:r>
    </w:p>
    <w:p>
      <w:pPr>
        <w:pStyle w:val="Heading1"/>
      </w:pPr>
      <w:r>
        <w:t>Раздел V. Государство и порядок</w:t>
      </w:r>
    </w:p>
    <w:p>
      <w:pPr>
        <w:pStyle w:val="Heading2"/>
      </w:pPr>
      <w:r>
        <w:t>21. Что такое порядок?</w:t>
      </w:r>
    </w:p>
    <w:p>
      <w:r>
        <w:rPr>
          <w:rFonts w:ascii="Liberation Serif" w:hAnsi="Liberation Serif" w:eastAsia="Liberation Serif"/>
          <w:sz w:val="24"/>
        </w:rPr>
        <w:t>Порядок для ДСПР - это не тишина, не страх и не внешняя показуха. Порядок - это состояние общества и государства, при котором правила понятны, обязанности исполняются, власть отвечает за решения, закон действует не выборочно, а труд, служба и ответственность имеют реальный вес.</w:t>
      </w:r>
    </w:p>
    <w:p>
      <w:r>
        <w:rPr>
          <w:rFonts w:ascii="Liberation Serif" w:hAnsi="Liberation Serif" w:eastAsia="Liberation Serif"/>
          <w:sz w:val="24"/>
        </w:rPr>
        <w:t>Порядок начинается с ясности: кто за что отвечает, какие правила действуют, кто принимает решение, кто исполняет решение, кто несёт ответственность за ошибку и кто отвечает за результат.</w:t>
      </w:r>
    </w:p>
    <w:p>
      <w:r>
        <w:rPr>
          <w:rFonts w:ascii="Liberation Serif" w:hAnsi="Liberation Serif" w:eastAsia="Liberation Serif"/>
          <w:sz w:val="24"/>
        </w:rPr>
        <w:t>Для нас порядок - это рабочая система, в которой государство, общество и человек понимают свои обязанности и действуют в интересах страны.</w:t>
      </w:r>
    </w:p>
    <w:p>
      <w:pPr>
        <w:pStyle w:val="Heading2"/>
      </w:pPr>
      <w:r>
        <w:t>22. Почему порядок и дисциплина являются стержнем развития государства?</w:t>
      </w:r>
    </w:p>
    <w:p>
      <w:r>
        <w:rPr>
          <w:rFonts w:ascii="Liberation Serif" w:hAnsi="Liberation Serif" w:eastAsia="Liberation Serif"/>
          <w:sz w:val="24"/>
        </w:rPr>
        <w:t>Государство не может развиваться, если оно не умеет исполнять собственные решения. Можно написать программу, объявить реформу, выделить деньги, назначить ответственных и произнести правильные слова. Но если нет дисциплины исполнения, всё это превращается в бумагу.</w:t>
      </w:r>
    </w:p>
    <w:p>
      <w:r>
        <w:rPr>
          <w:rFonts w:ascii="Liberation Serif" w:hAnsi="Liberation Serif" w:eastAsia="Liberation Serif"/>
          <w:sz w:val="24"/>
        </w:rPr>
        <w:t>Порядок и дисциплина нужны не для того, чтобы подавить инициативу. Они нужны для того, чтобы инициатива давала результат, а не растворялась в хаосе.</w:t>
      </w:r>
    </w:p>
    <w:p>
      <w:r>
        <w:rPr>
          <w:rFonts w:ascii="Liberation Serif" w:hAnsi="Liberation Serif" w:eastAsia="Liberation Serif"/>
          <w:sz w:val="24"/>
        </w:rPr>
        <w:t>Порядок без развития мертвеет. Развитие без порядка распадается. Поэтому ДСПР говорит: порядок и дисциплина - это стержень развития государства.</w:t>
      </w:r>
    </w:p>
    <w:p>
      <w:pPr>
        <w:pStyle w:val="Heading2"/>
      </w:pPr>
      <w:r>
        <w:t>23. Почему сильное государство не должно быть мёртвой бюрократией?</w:t>
      </w:r>
    </w:p>
    <w:p>
      <w:r>
        <w:rPr>
          <w:rFonts w:ascii="Liberation Serif" w:hAnsi="Liberation Serif" w:eastAsia="Liberation Serif"/>
          <w:sz w:val="24"/>
        </w:rPr>
        <w:t>ДСПР выступает за сильное государство, но сильное государство не равно бесконечная бумага, формальные проверки, отчёты ради отчётов и страх перед начальством.</w:t>
      </w:r>
    </w:p>
    <w:p>
      <w:r>
        <w:rPr>
          <w:rFonts w:ascii="Liberation Serif" w:hAnsi="Liberation Serif" w:eastAsia="Liberation Serif"/>
          <w:sz w:val="24"/>
        </w:rPr>
        <w:t>Мёртвая бюрократия возникает там, где форма становится важнее дела: не решить проблему, а правильно оформить процесс; не помочь человеку, а закрыть обращение; не исправить ошибку, а скрыть её в отчёте; не выбрать лучшего, а назначить удобного.</w:t>
      </w:r>
    </w:p>
    <w:p>
      <w:pPr>
        <w:pStyle w:val="DSPQuote"/>
      </w:pPr>
      <w:r>
        <w:rPr>
          <w:rFonts w:ascii="Liberation Serif" w:hAnsi="Liberation Serif" w:eastAsia="Liberation Serif"/>
          <w:sz w:val="24"/>
        </w:rPr>
        <w:t>Сильное государство должно быть не мёртвым аппаратом, а работающим механизмом развития.</w:t>
      </w:r>
    </w:p>
    <w:p>
      <w:pPr>
        <w:pStyle w:val="Heading2"/>
      </w:pPr>
      <w:r>
        <w:t>24. Что такое ответственность власти?</w:t>
      </w:r>
    </w:p>
    <w:p>
      <w:r>
        <w:rPr>
          <w:rFonts w:ascii="Liberation Serif" w:hAnsi="Liberation Serif" w:eastAsia="Liberation Serif"/>
          <w:sz w:val="24"/>
        </w:rPr>
        <w:t>Ответственность власти - это обязанность отвечать за последствия своих решений.</w:t>
      </w:r>
    </w:p>
    <w:p>
      <w:r>
        <w:rPr>
          <w:rFonts w:ascii="Liberation Serif" w:hAnsi="Liberation Serif" w:eastAsia="Liberation Serif"/>
          <w:sz w:val="24"/>
        </w:rPr>
        <w:t>Власть существует не для статуса, не для привилегий и не для красивого положения в иерархии. Власть существует для управления, защиты страны, организации развития и служения общему делу.</w:t>
      </w:r>
    </w:p>
    <w:p>
      <w:r>
        <w:rPr>
          <w:rFonts w:ascii="Liberation Serif" w:hAnsi="Liberation Serif" w:eastAsia="Liberation Serif"/>
          <w:sz w:val="24"/>
        </w:rPr>
        <w:t>Чем выше власть, тем выше ответственность. Руководитель должен отвечать не только за бумагу, но и за состояние дела. Министр - не только за доклад, но и за отрасль. Губернатор - не только за рейтинг, но и за регион. Командир - не только за приказ, но и за людей, подготовку и результат.</w:t>
      </w:r>
    </w:p>
    <w:p>
      <w:pPr>
        <w:pStyle w:val="Heading2"/>
      </w:pPr>
      <w:r>
        <w:t>25. Почему хаос выгоден слабым элитам и внешним силам?</w:t>
      </w:r>
    </w:p>
    <w:p>
      <w:r>
        <w:rPr>
          <w:rFonts w:ascii="Liberation Serif" w:hAnsi="Liberation Serif" w:eastAsia="Liberation Serif"/>
          <w:sz w:val="24"/>
        </w:rPr>
        <w:t>Хаос выгоден тем, кто не хочет ответственности, контроля и развития. В хаосе легче прятать провалы, перекладывать вину, сохранять должность без результата, управлять через личные связи и превращать государственные ресурсы в частную кормушку.</w:t>
      </w:r>
    </w:p>
    <w:p>
      <w:r>
        <w:rPr>
          <w:rFonts w:ascii="Liberation Serif" w:hAnsi="Liberation Serif" w:eastAsia="Liberation Serif"/>
          <w:sz w:val="24"/>
        </w:rPr>
        <w:t>Хаос выгоден хищному либеральному капитализму, коррупции, карьеристам и внешним силам. Страну, которая не способна к внутреннему порядку, легче давить, раскачивать, шантажировать, втягивать в зависимость и разрушать изнутри.</w:t>
      </w:r>
    </w:p>
    <w:p>
      <w:r>
        <w:rPr>
          <w:rFonts w:ascii="Liberation Serif" w:hAnsi="Liberation Serif" w:eastAsia="Liberation Serif"/>
          <w:sz w:val="24"/>
        </w:rPr>
        <w:t>Порядок является не только внутренней управленческой задачей, но и вопросом национальной безопасности.</w:t>
      </w:r>
    </w:p>
    <w:p>
      <w:pPr>
        <w:pStyle w:val="Heading1"/>
      </w:pPr>
      <w:r>
        <w:t>Раздел VI. Экономика, труд и предпринимательство</w:t>
      </w:r>
    </w:p>
    <w:p>
      <w:pPr>
        <w:pStyle w:val="Heading2"/>
      </w:pPr>
      <w:r>
        <w:t>26. Как ДСПР относится к предпринимательству?</w:t>
      </w:r>
    </w:p>
    <w:p>
      <w:r>
        <w:rPr>
          <w:rFonts w:ascii="Liberation Serif" w:hAnsi="Liberation Serif" w:eastAsia="Liberation Serif"/>
          <w:sz w:val="24"/>
        </w:rPr>
        <w:t>ДСПР не считает предпринимательство врагом само по себе. Предприниматель предпринимателю рознь.</w:t>
      </w:r>
    </w:p>
    <w:p>
      <w:r>
        <w:rPr>
          <w:rFonts w:ascii="Liberation Serif" w:hAnsi="Liberation Serif" w:eastAsia="Liberation Serif"/>
          <w:sz w:val="24"/>
        </w:rPr>
        <w:t>Есть крупный собственник, который живёт за счёт монополии, связей, доступа к государственным ресурсам, спекуляции, вывода прибыли и давления на работников. И есть человек, который создаёт реальное дело: мастерскую, производство, ферму, сервис, строительную бригаду, техническую фирму, магазин, проект, рабочие места и полезный продукт.</w:t>
      </w:r>
    </w:p>
    <w:p>
      <w:r>
        <w:rPr>
          <w:rFonts w:ascii="Liberation Serif" w:hAnsi="Liberation Serif" w:eastAsia="Liberation Serif"/>
          <w:sz w:val="24"/>
        </w:rPr>
        <w:t>Мы выступаем против хищного либерального капитализма, но не против малого и среднего предпринимателя, который работает сам, создаёт рабочие места, платит людям, развивает дело, несёт риск и связан с реальной экономикой.</w:t>
      </w:r>
    </w:p>
    <w:p>
      <w:pPr>
        <w:pStyle w:val="Heading2"/>
      </w:pPr>
      <w:r>
        <w:t>27. Почему малый и средний предприниматель не враг рабочего класса?</w:t>
      </w:r>
    </w:p>
    <w:p>
      <w:r>
        <w:rPr>
          <w:rFonts w:ascii="Liberation Serif" w:hAnsi="Liberation Serif" w:eastAsia="Liberation Serif"/>
          <w:sz w:val="24"/>
        </w:rPr>
        <w:t>Главный конфликт проходит не между любым работником и любым предпринимателем. Главный конфликт проходит между созидательной экономикой и хищной экономикой.</w:t>
      </w:r>
    </w:p>
    <w:p>
      <w:r>
        <w:rPr>
          <w:rFonts w:ascii="Liberation Serif" w:hAnsi="Liberation Serif" w:eastAsia="Liberation Serif"/>
          <w:sz w:val="24"/>
        </w:rPr>
        <w:t>Малый предприниматель, который сам работает и держит дело, часто ближе к рабочему классу, чем к крупным элитам. Он так же зависит от труда, сталкивается с произволом, живёт в конкретном городе или районе, страдает от монополий, цен, кредитов, коррупции и нестабильных правил.</w:t>
      </w:r>
    </w:p>
    <w:p>
      <w:r>
        <w:rPr>
          <w:rFonts w:ascii="Liberation Serif" w:hAnsi="Liberation Serif" w:eastAsia="Liberation Serif"/>
          <w:sz w:val="24"/>
        </w:rPr>
        <w:t>России нужен союз людей реального дела: рабочего, инженера, техника, фермера, работника аграрного сектора, солдата, младшего офицера, учителя, врача, малого и среднего предпринимателя, специалиста, идейной молодёжи, гуманитария и технаря.</w:t>
      </w:r>
    </w:p>
    <w:p>
      <w:pPr>
        <w:pStyle w:val="Heading2"/>
      </w:pPr>
      <w:r>
        <w:t>28. Почему хищный либеральный капитализм разрушает страну и социум?</w:t>
      </w:r>
    </w:p>
    <w:p>
      <w:r>
        <w:rPr>
          <w:rFonts w:ascii="Liberation Serif" w:hAnsi="Liberation Serif" w:eastAsia="Liberation Serif"/>
          <w:sz w:val="24"/>
        </w:rPr>
        <w:t>Хищный либеральный капитализм разрушает страну и социум, потому что ставит частную выгоду выше труда, государства, семьи, культуры, солидарности и долгосрочного развития.</w:t>
      </w:r>
    </w:p>
    <w:p>
      <w:r>
        <w:rPr>
          <w:rFonts w:ascii="Liberation Serif" w:hAnsi="Liberation Serif" w:eastAsia="Liberation Serif"/>
          <w:sz w:val="24"/>
        </w:rPr>
        <w:t>Его логика проста: выгодно - значит правильно; прибыль выше человека; рынок выше общества; частный интерес выше государства; сильный забирает больше; слабый сам виноват; производство можно заменить торговлей; людей можно заменить цифрами в отчёте; регион можно бросить, если он не приносит быстрой выгоды.</w:t>
      </w:r>
    </w:p>
    <w:p>
      <w:r>
        <w:rPr>
          <w:rFonts w:ascii="Liberation Serif" w:hAnsi="Liberation Serif" w:eastAsia="Liberation Serif"/>
          <w:sz w:val="24"/>
        </w:rPr>
        <w:t>Такая система обесценивает труд, разрушает производство, ослабляет социум, снижает доверие к государству и меняет мораль общества. Она учит человека думать, что страна - не общее дело, а территория возможностей, народ - не общность, а рынок рабочей силы, государство - не Отечество, а инструмент защиты капитала.</w:t>
      </w:r>
    </w:p>
    <w:p>
      <w:pPr>
        <w:pStyle w:val="Heading2"/>
      </w:pPr>
      <w:r>
        <w:t>29. Какие сферы должны быть под сильным государственным контролем?</w:t>
      </w:r>
    </w:p>
    <w:p>
      <w:r>
        <w:rPr>
          <w:rFonts w:ascii="Liberation Serif" w:hAnsi="Liberation Serif" w:eastAsia="Liberation Serif"/>
          <w:sz w:val="24"/>
        </w:rPr>
        <w:t>Стратегические сферы не могут быть отданы рынку без жёсткого государственного контроля. К ним относятся оборонная промышленность, энергетика, транспортная инфраструктура, связь и критическая цифровая инфраструктура, железные дороги, крупная добыча ресурсов, стратегическая металлургия, авиастроение, судостроение, космическая отрасль, фармацевтика стратегического значения, продовольственная безопасность, банковская система в стратегической части, крупные инфраструктурные проекты, образование, наука, здравоохранение и жилищно-коммунальная инфраструктура.</w:t>
      </w:r>
    </w:p>
    <w:p>
      <w:r>
        <w:rPr>
          <w:rFonts w:ascii="Liberation Serif" w:hAnsi="Liberation Serif" w:eastAsia="Liberation Serif"/>
          <w:sz w:val="24"/>
        </w:rPr>
        <w:t>Это не значит, что всё должно быть огосударствлено до последнего магазина, мастерской и кафе. Но государство обязано контролировать ключевые узлы, от которых зависят суверенитет, безопасность, производство, оборона, технологическое развитие и социальная устойчивость.</w:t>
      </w:r>
    </w:p>
    <w:p>
      <w:pPr>
        <w:pStyle w:val="Heading2"/>
      </w:pPr>
      <w:r>
        <w:t>30. Что значит экономика ради развития и почему необходима смешанная экономика?</w:t>
      </w:r>
    </w:p>
    <w:p>
      <w:r>
        <w:rPr>
          <w:rFonts w:ascii="Liberation Serif" w:hAnsi="Liberation Serif" w:eastAsia="Liberation Serif"/>
          <w:sz w:val="24"/>
        </w:rPr>
        <w:t>Экономика ради развития - это экономика, где главным критерием является не быстрая прибыль, а укрепление страны, рост производства, защита труда, развитие технологий, поддержка семьи, регионов и национальной независимости.</w:t>
      </w:r>
    </w:p>
    <w:p>
      <w:r>
        <w:rPr>
          <w:rFonts w:ascii="Liberation Serif" w:hAnsi="Liberation Serif" w:eastAsia="Liberation Serif"/>
          <w:sz w:val="24"/>
        </w:rPr>
        <w:t>ДСПР выступает за смешанную экономику. Она должна сочетать сильное государственное планирование в стратегических сферах, государственный контроль над ключевой инфраструктурой, частную инициативу в малом и среднем бизнесе, кооперативные и коллективные формы хозяйства, поддержку фермеров и аграрного сектора, промышленную политику, социальную защиту работников, долгосрочные национальные проекты и ответственность капитала перед страной и обществом.</w:t>
      </w:r>
    </w:p>
    <w:p>
      <w:r>
        <w:rPr>
          <w:rFonts w:ascii="Liberation Serif" w:hAnsi="Liberation Serif" w:eastAsia="Liberation Serif"/>
          <w:sz w:val="24"/>
        </w:rPr>
        <w:t>Россия слишком большая, сложная и стратегически уязвимая, чтобы жить только по законам рынка. Но она также слишком живая и многообразная, чтобы всё хозяйство сводить к мёртвой бюрократической команде сверху.</w:t>
      </w:r>
    </w:p>
    <w:p>
      <w:pPr>
        <w:pStyle w:val="Heading1"/>
      </w:pPr>
      <w:r>
        <w:t>Раздел VII. Служба, армия и боевое братство</w:t>
      </w:r>
    </w:p>
    <w:p>
      <w:pPr>
        <w:pStyle w:val="Heading2"/>
      </w:pPr>
      <w:r>
        <w:t>31. Как ДСПР относится к армии?</w:t>
      </w:r>
    </w:p>
    <w:p>
      <w:r>
        <w:rPr>
          <w:rFonts w:ascii="Liberation Serif" w:hAnsi="Liberation Serif" w:eastAsia="Liberation Serif"/>
          <w:sz w:val="24"/>
        </w:rPr>
        <w:t>ДСПР относится к армии как к одному из главных институтов государства и одной из опор суверенитета России. Армия - это не только оружие, техника, форма и приказы. Армия - это школа дисциплины, ответственности, службы, товарищества и прямого столкновения с реальностью.</w:t>
      </w:r>
    </w:p>
    <w:p>
      <w:r>
        <w:rPr>
          <w:rFonts w:ascii="Liberation Serif" w:hAnsi="Liberation Serif" w:eastAsia="Liberation Serif"/>
          <w:sz w:val="24"/>
        </w:rPr>
        <w:t>Армия должна быть сильной, современной, боеспособной, технически оснащённой, социально защищённой, дисциплинированной, уважаемой обществом, связанной с народом, возвращённой в политическую жизнь страны в правовом поле и свободной от показухи и пустой отчётности.</w:t>
      </w:r>
    </w:p>
    <w:p>
      <w:r>
        <w:rPr>
          <w:rFonts w:ascii="Liberation Serif" w:hAnsi="Liberation Serif" w:eastAsia="Liberation Serif"/>
          <w:sz w:val="24"/>
        </w:rPr>
        <w:t>Возвращение армии в политическую жизнь не означает партийное втягивание войск, нарушение дисциплины или превращение армии в инструмент частной политической борьбы. Это означает признание людей службы полноценными участниками общественно-государственной жизни в рамках закона, дисциплины и интересов Отечества. Те, кто защищает страну, должны иметь голос в разговоре о будущем страны.</w:t>
      </w:r>
    </w:p>
    <w:p>
      <w:r>
        <w:rPr>
          <w:rFonts w:ascii="Liberation Serif" w:hAnsi="Liberation Serif" w:eastAsia="Liberation Serif"/>
          <w:sz w:val="24"/>
        </w:rPr>
        <w:t>ДСПР стоит за армию как за институт защиты России, но против превращения армии в мёртвую бюрократическую машину.</w:t>
      </w:r>
    </w:p>
    <w:p>
      <w:pPr>
        <w:pStyle w:val="Heading2"/>
      </w:pPr>
      <w:r>
        <w:t>32. Что такое служба для социал-патриота?</w:t>
      </w:r>
    </w:p>
    <w:p>
      <w:r>
        <w:rPr>
          <w:rFonts w:ascii="Liberation Serif" w:hAnsi="Liberation Serif" w:eastAsia="Liberation Serif"/>
          <w:sz w:val="24"/>
        </w:rPr>
        <w:t>Служба для социал-патриота - это не просто профессия и не просто выполнение приказов. Служба - это форма долга перед Отечеством.</w:t>
      </w:r>
    </w:p>
    <w:p>
      <w:r>
        <w:rPr>
          <w:rFonts w:ascii="Liberation Serif" w:hAnsi="Liberation Serif" w:eastAsia="Liberation Serif"/>
          <w:sz w:val="24"/>
        </w:rPr>
        <w:t>Человек служит не абстрактной системе, не личной карьере начальника и не красивому отчёту. Он служит России, её народу, государству, безопасности и будущему.</w:t>
      </w:r>
    </w:p>
    <w:p>
      <w:r>
        <w:rPr>
          <w:rFonts w:ascii="Liberation Serif" w:hAnsi="Liberation Serif" w:eastAsia="Liberation Serif"/>
          <w:sz w:val="24"/>
        </w:rPr>
        <w:t>ДСПР считает, что служилый человек не должен быть расходным материалом. Ни на фронте, ни в части, ни в ведомстве, ни после увольнения.</w:t>
      </w:r>
    </w:p>
    <w:p>
      <w:pPr>
        <w:pStyle w:val="Heading2"/>
      </w:pPr>
      <w:r>
        <w:t>33. Почему солдат и младший офицер входят в социальную опору ДСПР?</w:t>
      </w:r>
    </w:p>
    <w:p>
      <w:r>
        <w:rPr>
          <w:rFonts w:ascii="Liberation Serif" w:hAnsi="Liberation Serif" w:eastAsia="Liberation Serif"/>
          <w:sz w:val="24"/>
        </w:rPr>
        <w:t>Солдат и младший офицер находятся ближе всего к реальной службе, реальному риску и реальной ответственности на земле.</w:t>
      </w:r>
    </w:p>
    <w:p>
      <w:r>
        <w:rPr>
          <w:rFonts w:ascii="Liberation Serif" w:hAnsi="Liberation Serif" w:eastAsia="Liberation Serif"/>
          <w:sz w:val="24"/>
        </w:rPr>
        <w:t>Солдат видит армию не с трибуны и не из отчёта. Он видит её через наряд, пост, окоп, полигон, марш, технику, быт, снабжение, приказ, усталость и товарища рядом.</w:t>
      </w:r>
    </w:p>
    <w:p>
      <w:r>
        <w:rPr>
          <w:rFonts w:ascii="Liberation Serif" w:hAnsi="Liberation Serif" w:eastAsia="Liberation Serif"/>
          <w:sz w:val="24"/>
        </w:rPr>
        <w:t>Младший офицер уже командир, но ещё не оторван от низовой реальности. Он отвечает за людей, выполняет решения сверху, сталкивается с реальными проблемами подразделения и часто несёт давление с двух сторон: от командования и от жизни на месте.</w:t>
      </w:r>
    </w:p>
    <w:p>
      <w:pPr>
        <w:pStyle w:val="Heading2"/>
      </w:pPr>
      <w:r>
        <w:t>34. Почему старшее офицерство не является ядром доктрины ДСПР?</w:t>
      </w:r>
    </w:p>
    <w:p>
      <w:r>
        <w:rPr>
          <w:rFonts w:ascii="Liberation Serif" w:hAnsi="Liberation Serif" w:eastAsia="Liberation Serif"/>
          <w:sz w:val="24"/>
        </w:rPr>
        <w:t>ДСПР не объявляет старшее офицерство врагом и не исключает его роль в государстве, армии и будущем России. Офицерство необходимо армии. Без командования, штабов, планирования, управления, опыта, подготовки кадров и стратегического мышления армия невозможна.</w:t>
      </w:r>
    </w:p>
    <w:p>
      <w:r>
        <w:rPr>
          <w:rFonts w:ascii="Liberation Serif" w:hAnsi="Liberation Serif" w:eastAsia="Liberation Serif"/>
          <w:sz w:val="24"/>
        </w:rPr>
        <w:t>Но ДСПР не делает старшее офицерство ядром своей социальной доктрины. Старшее офицерство чаще находится ближе к аппаратной, карьерной и управленческой вертикали, чем к низовой реальности солдата, сержанта и младшего офицера.</w:t>
      </w:r>
    </w:p>
    <w:p>
      <w:r>
        <w:rPr>
          <w:rFonts w:ascii="Liberation Serif" w:hAnsi="Liberation Serif" w:eastAsia="Liberation Serif"/>
          <w:sz w:val="24"/>
        </w:rPr>
        <w:t>Среди старших офицеров есть честные, опытные, идейные, мужественные и государственно мыслящие люди. Их опыт может быть ценен для ДСПР. Но как социальная опора ДСПР старшее офицерство не может занимать центральное место. Старшее офицерство может быть союзником, экспертом, участником или сторонником, если оно разделяет линию ДСПР.</w:t>
      </w:r>
    </w:p>
    <w:p>
      <w:pPr>
        <w:pStyle w:val="Heading2"/>
      </w:pPr>
      <w:r>
        <w:t>35. Что такое боевое братство в политическом смысле?</w:t>
      </w:r>
    </w:p>
    <w:p>
      <w:r>
        <w:rPr>
          <w:rFonts w:ascii="Liberation Serif" w:hAnsi="Liberation Serif" w:eastAsia="Liberation Serif"/>
          <w:sz w:val="24"/>
        </w:rPr>
        <w:t>Боевое братство для ДСПР - это не декоративный лозунг и не военная романтика. В политическом смысле боевое братство - это опыт доверия, ответственности и товарищества, который возникает там, где люди связаны общим риском, общей задачей и общей дисциплиной.</w:t>
      </w:r>
    </w:p>
    <w:p>
      <w:r>
        <w:rPr>
          <w:rFonts w:ascii="Liberation Serif" w:hAnsi="Liberation Serif" w:eastAsia="Liberation Serif"/>
          <w:sz w:val="24"/>
        </w:rPr>
        <w:t>Движение не может строиться на одиночках, которые приходят только спорить, самоутверждаться и требовать признания. Движение строится на людях, которые умеют держать строй в мирной политической работе: выполнять задачи, держать слово, уважать товарища, спорить по делу и помнить об общем деле.</w:t>
      </w:r>
    </w:p>
    <w:p>
      <w:r>
        <w:rPr>
          <w:rFonts w:ascii="Liberation Serif" w:hAnsi="Liberation Serif" w:eastAsia="Liberation Serif"/>
          <w:sz w:val="24"/>
        </w:rPr>
        <w:t>Это не значит, что ДСПР становится военной организацией. ДСПР действует в правовом, информационном, общественном и политическом поле.</w:t>
      </w:r>
    </w:p>
    <w:p>
      <w:pPr>
        <w:pStyle w:val="Heading2"/>
      </w:pPr>
      <w:r>
        <w:t>36. Почему служба не должна превращаться в показуху?</w:t>
      </w:r>
    </w:p>
    <w:p>
      <w:r>
        <w:rPr>
          <w:rFonts w:ascii="Liberation Serif" w:hAnsi="Liberation Serif" w:eastAsia="Liberation Serif"/>
          <w:sz w:val="24"/>
        </w:rPr>
        <w:t>Показуха убивает смысл службы. Она возникает там, где внешний вид становится важнее подготовки, отчёт важнее результата, форма важнее содержания, мероприятие важнее дела, а мнение начальства важнее реального положения.</w:t>
      </w:r>
    </w:p>
    <w:p>
      <w:r>
        <w:rPr>
          <w:rFonts w:ascii="Liberation Serif" w:hAnsi="Liberation Serif" w:eastAsia="Liberation Serif"/>
          <w:sz w:val="24"/>
        </w:rPr>
        <w:t>Служба требует правды: о подготовке, снабжении, состоянии людей, технике, командовании, потерях, ошибках и выводах. Без правды не бывает порядка. Без порядка не бывает боеспособности.</w:t>
      </w:r>
    </w:p>
    <w:p>
      <w:r>
        <w:rPr>
          <w:rFonts w:ascii="Liberation Serif" w:hAnsi="Liberation Serif" w:eastAsia="Liberation Serif"/>
          <w:sz w:val="24"/>
        </w:rPr>
        <w:t>ДСПР не призывает разрушать военную вертикаль. Мы говорим о том, что дисциплина должна служить делу, а не скрывать провалы.</w:t>
      </w:r>
    </w:p>
    <w:p>
      <w:pPr>
        <w:pStyle w:val="Heading1"/>
      </w:pPr>
      <w:r>
        <w:t>Раздел VIII. Чего ДСПР не является</w:t>
      </w:r>
    </w:p>
    <w:p>
      <w:pPr>
        <w:pStyle w:val="Heading2"/>
      </w:pPr>
      <w:r>
        <w:t>37. Почему ДСПР не либералы?</w:t>
      </w:r>
    </w:p>
    <w:p>
      <w:r>
        <w:rPr>
          <w:rFonts w:ascii="Liberation Serif" w:hAnsi="Liberation Serif" w:eastAsia="Liberation Serif"/>
          <w:sz w:val="24"/>
        </w:rPr>
        <w:t>ДСПР не является либеральным движением, потому что мы не считаем рынок, индивидуальную выгоду и частный интерес высшими ценностями общества.</w:t>
      </w:r>
    </w:p>
    <w:p>
      <w:r>
        <w:rPr>
          <w:rFonts w:ascii="Liberation Serif" w:hAnsi="Liberation Serif" w:eastAsia="Liberation Serif"/>
          <w:sz w:val="24"/>
        </w:rPr>
        <w:t>Либеральная логика ставит в центр отдельного человека как потребителя, собственника и участника рынка. Но для ДСПР человек живёт в стране, обществе, семье, культуре, истории, государстве, трудовом коллективе, армии, регионе и народе.</w:t>
      </w:r>
    </w:p>
    <w:p>
      <w:r>
        <w:rPr>
          <w:rFonts w:ascii="Liberation Serif" w:hAnsi="Liberation Serif" w:eastAsia="Liberation Serif"/>
          <w:sz w:val="24"/>
        </w:rPr>
        <w:t>ДСПР не отрицает личную инициативу, право человека на труд, собственность, развитие и частное дело. Но мы отвергаем либеральную идею, по которой рынок сам по себе способен заменить государство, общество, мораль, трудовую солидарность и национальный интерес.</w:t>
      </w:r>
    </w:p>
    <w:p>
      <w:pPr>
        <w:pStyle w:val="Heading2"/>
      </w:pPr>
      <w:r>
        <w:t>38. Почему ДСПР не старые коммунисты?</w:t>
      </w:r>
    </w:p>
    <w:p>
      <w:r>
        <w:rPr>
          <w:rFonts w:ascii="Liberation Serif" w:hAnsi="Liberation Serif" w:eastAsia="Liberation Serif"/>
          <w:sz w:val="24"/>
        </w:rPr>
        <w:t>ДСПР не является старым коммунистическим проектом, потому что мы не строим свою идеологию на копировании прошлого, культе старых идей и вождей или мечте о революционных преобразованиях ради построения рабочего или национального «рая» в стране.</w:t>
      </w:r>
    </w:p>
    <w:p>
      <w:r>
        <w:rPr>
          <w:rFonts w:ascii="Liberation Serif" w:hAnsi="Liberation Serif" w:eastAsia="Liberation Serif"/>
          <w:sz w:val="24"/>
        </w:rPr>
        <w:t>Мы признаём сильные стороны советского опыта, но не хотим жить в политическом музее. Для нас социализм с российской спецификой - это не музейная реконструкция, а идея социального государства, защиты рабочего класса, сильной роли государства в стратегических сферах, развития производства, поддержки семьи, науки, образования, медицины и национального суверенитета.</w:t>
      </w:r>
    </w:p>
    <w:p>
      <w:pPr>
        <w:pStyle w:val="Heading2"/>
      </w:pPr>
      <w:r>
        <w:t>39. Почему ДСПР не нацболы?</w:t>
      </w:r>
    </w:p>
    <w:p>
      <w:r>
        <w:rPr>
          <w:rFonts w:ascii="Liberation Serif" w:hAnsi="Liberation Serif" w:eastAsia="Liberation Serif"/>
          <w:sz w:val="24"/>
        </w:rPr>
        <w:t>ДСПР не является национал-большевистским движением. Да, отдельные мотивы могут казаться схожими: соединение социальной и национальной повестки, критика либерализма, неприятие распада, уважение к государству, интерес к сильной политической форме.</w:t>
      </w:r>
    </w:p>
    <w:p>
      <w:r>
        <w:rPr>
          <w:rFonts w:ascii="Liberation Serif" w:hAnsi="Liberation Serif" w:eastAsia="Liberation Serif"/>
          <w:sz w:val="24"/>
        </w:rPr>
        <w:t>Но ДСПР не строит себя на маргинальности, радикализме, эпатаже, политической романтике разрушения и культе провокации. Для нас синтез левой и правой идеи нужен не ради шока и не ради красивой позы, а ради развития России.</w:t>
      </w:r>
    </w:p>
    <w:p>
      <w:r>
        <w:rPr>
          <w:rFonts w:ascii="Liberation Serif" w:hAnsi="Liberation Serif" w:eastAsia="Liberation Serif"/>
          <w:sz w:val="24"/>
        </w:rPr>
        <w:t>ДСПР нужен не крик, а организация. Не культ протеста, а политическая линия. Не романтика маргинала, а дисциплина созидания. Не разрушение ради разрушения, а порядок, труд и Отечество.</w:t>
      </w:r>
    </w:p>
    <w:p>
      <w:pPr>
        <w:pStyle w:val="Heading2"/>
      </w:pPr>
      <w:r>
        <w:t>40. Почему ДСПР не радикальные националисты?</w:t>
      </w:r>
    </w:p>
    <w:p>
      <w:r>
        <w:rPr>
          <w:rFonts w:ascii="Liberation Serif" w:hAnsi="Liberation Serif" w:eastAsia="Liberation Serif"/>
          <w:sz w:val="24"/>
        </w:rPr>
        <w:t>ДСПР не является радикальным националистическим движением, потому что мы не строим политику на крови, расе, шовинизме, ненависти и делении граждан России по происхождению.</w:t>
      </w:r>
    </w:p>
    <w:p>
      <w:r>
        <w:rPr>
          <w:rFonts w:ascii="Liberation Serif" w:hAnsi="Liberation Serif" w:eastAsia="Liberation Serif"/>
          <w:sz w:val="24"/>
        </w:rPr>
        <w:t>ДСПР признаёт русский народ государствообразующим, но не превращает русский вопрос в шовинизм, расовое мышление и уличную агрессию. Мы выступаем за гражданский национализм в правовом поле.</w:t>
      </w:r>
    </w:p>
    <w:p>
      <w:pPr>
        <w:pStyle w:val="Heading2"/>
      </w:pPr>
      <w:r>
        <w:t>41. Почему ДСПР не движение одной социальной группы?</w:t>
      </w:r>
    </w:p>
    <w:p>
      <w:r>
        <w:rPr>
          <w:rFonts w:ascii="Liberation Serif" w:hAnsi="Liberation Serif" w:eastAsia="Liberation Serif"/>
          <w:sz w:val="24"/>
        </w:rPr>
        <w:t>ДСПР не является движением одной социальной группы, потому что Россия не может быть собрана вокруг одного слоя, одной профессии или одной корпорации.</w:t>
      </w:r>
    </w:p>
    <w:p>
      <w:r>
        <w:rPr>
          <w:rFonts w:ascii="Liberation Serif" w:hAnsi="Liberation Serif" w:eastAsia="Liberation Serif"/>
          <w:sz w:val="24"/>
        </w:rPr>
        <w:t>Мы говорим о защите рабочего класса, но не сводим страну только к рабочему классу. Мы говорим о службе, но не превращаем ДСПР в движение только военных. Мы говорим о гражданском национализме, но не превращаем ДСПР в узконационалистический кружок. Мы говорим о социальной справедливости, но не исключаем малых и средних предпринимателей, если они создают реальное дело и признают ответственность перед обществом и государством.</w:t>
      </w:r>
    </w:p>
    <w:p>
      <w:r>
        <w:rPr>
          <w:rFonts w:ascii="Liberation Serif" w:hAnsi="Liberation Serif" w:eastAsia="Liberation Serif"/>
          <w:sz w:val="24"/>
        </w:rPr>
        <w:t>ДСПР - движение синтеза, где разные трудовые, служилые, интеллектуальные и созидательные слои могут быть объединены ради России.</w:t>
      </w:r>
    </w:p>
    <w:p>
      <w:pPr>
        <w:pStyle w:val="Heading1"/>
      </w:pPr>
      <w:r>
        <w:t>Раздел IX. Участник и действие</w:t>
      </w:r>
    </w:p>
    <w:p>
      <w:pPr>
        <w:pStyle w:val="Heading2"/>
      </w:pPr>
      <w:r>
        <w:t>42. Кто может быть социал-патриотом?</w:t>
      </w:r>
    </w:p>
    <w:p>
      <w:r>
        <w:rPr>
          <w:rFonts w:ascii="Liberation Serif" w:hAnsi="Liberation Serif" w:eastAsia="Liberation Serif"/>
          <w:sz w:val="24"/>
        </w:rPr>
        <w:t>Социал-патриотом может быть человек, который признаёт связь социальной справедливости, патриотизма, труда, службы, порядка и Отечества.</w:t>
      </w:r>
    </w:p>
    <w:p>
      <w:r>
        <w:rPr>
          <w:rFonts w:ascii="Liberation Serif" w:hAnsi="Liberation Serif" w:eastAsia="Liberation Serif"/>
          <w:sz w:val="24"/>
        </w:rPr>
        <w:t>Главное не происхождение, не профессия и не громкость лозунгов. Главное - отношение к стране и делу.</w:t>
      </w:r>
    </w:p>
    <w:p>
      <w:r>
        <w:rPr>
          <w:rFonts w:ascii="Liberation Serif" w:hAnsi="Liberation Serif" w:eastAsia="Liberation Serif"/>
          <w:sz w:val="24"/>
        </w:rPr>
        <w:t>Социал-патриот не обязан сразу знать всю теорию. Но он должен быть готов учиться, работать, спорить по делу, признавать ошибки и участвовать в общем движении.</w:t>
      </w:r>
    </w:p>
    <w:p>
      <w:pPr>
        <w:pStyle w:val="Heading2"/>
      </w:pPr>
      <w:r>
        <w:t>43. Что должен делать участник ДСПР?</w:t>
      </w:r>
    </w:p>
    <w:p>
      <w:r>
        <w:rPr>
          <w:rFonts w:ascii="Liberation Serif" w:hAnsi="Liberation Serif" w:eastAsia="Liberation Serif"/>
          <w:sz w:val="24"/>
        </w:rPr>
        <w:t>Участник ДСПР должен не только соглашаться с идеями движения, но и помогать превращать эти идеи в работу.</w:t>
      </w:r>
    </w:p>
    <w:p>
      <w:r>
        <w:rPr>
          <w:rFonts w:ascii="Liberation Serif" w:hAnsi="Liberation Serif" w:eastAsia="Liberation Serif"/>
          <w:sz w:val="24"/>
        </w:rPr>
        <w:t>Польза может быть разной: писать тексты, предлагать темы, делать разборы, создавать изображения и карточки, монтировать видео, озвучивать материалы, вести соцсети, распространять публикации, искать полезные контакты, помогать с диалогом с другими движениями, собирать информацию, проверять факты, участвовать в обсуждении документов, помогать с набором людей, вести спокойную полемику и выполнять организационные задачи.</w:t>
      </w:r>
    </w:p>
    <w:p>
      <w:r>
        <w:rPr>
          <w:rFonts w:ascii="Liberation Serif" w:hAnsi="Liberation Serif" w:eastAsia="Liberation Serif"/>
          <w:sz w:val="24"/>
        </w:rPr>
        <w:t>Участник ДСПР должен не говорить от имени движения без согласования, не втягивать движение в провокации, не использовать символику ДСПР для личных конфликтов, не тащить в движение радикальную и маргинальную эстетику, не подменять работу бесконечными спорами, не обещать того, что движение не может выполнить, и работать в правовом поле.</w:t>
      </w:r>
    </w:p>
    <w:p>
      <w:pPr>
        <w:pStyle w:val="Heading2"/>
      </w:pPr>
      <w:r>
        <w:t>44. Как социал-патриот должен вести полемику?</w:t>
      </w:r>
    </w:p>
    <w:p>
      <w:r>
        <w:rPr>
          <w:rFonts w:ascii="Liberation Serif" w:hAnsi="Liberation Serif" w:eastAsia="Liberation Serif"/>
          <w:sz w:val="24"/>
        </w:rPr>
        <w:t>Социал-патриот должен вести полемику спокойно, жёстко по смыслу и аккуратно по форме.</w:t>
      </w:r>
    </w:p>
    <w:p>
      <w:r>
        <w:rPr>
          <w:rFonts w:ascii="Liberation Serif" w:hAnsi="Liberation Serif" w:eastAsia="Liberation Serif"/>
          <w:sz w:val="24"/>
        </w:rPr>
        <w:t>Цель полемики - не оскорбить противника, не набрать дешёвые реакции и не показать личную резкость. Цель полемики - объяснить позицию, защитить линию движения, показать слабость чужих аргументов и привлечь тех, кто способен думать.</w:t>
      </w:r>
    </w:p>
    <w:p>
      <w:r>
        <w:rPr>
          <w:rFonts w:ascii="Liberation Serif" w:hAnsi="Liberation Serif" w:eastAsia="Liberation Serif"/>
          <w:sz w:val="24"/>
        </w:rPr>
        <w:t>Твёрдая позиция не требует крика. Полемика должна работать на дело.</w:t>
      </w:r>
    </w:p>
    <w:p>
      <w:pPr>
        <w:pStyle w:val="Heading2"/>
      </w:pPr>
      <w:r>
        <w:t>45. Почему дисциплина важнее громкой позы?</w:t>
      </w:r>
    </w:p>
    <w:p>
      <w:r>
        <w:rPr>
          <w:rFonts w:ascii="Liberation Serif" w:hAnsi="Liberation Serif" w:eastAsia="Liberation Serif"/>
          <w:sz w:val="24"/>
        </w:rPr>
        <w:t>Потому что движение строится не на громких словах, а на выполненной работе.</w:t>
      </w:r>
    </w:p>
    <w:p>
      <w:r>
        <w:rPr>
          <w:rFonts w:ascii="Liberation Serif" w:hAnsi="Liberation Serif" w:eastAsia="Liberation Serif"/>
          <w:sz w:val="24"/>
        </w:rPr>
        <w:t>Дисциплина - это способность делать нужное даже тогда, когда нет вдохновения, настроения и внешнего признания. Дисциплина в ДСПР означает, что задача имеет ответственного, срок понятен, результат проверяется, ошибка разбирается, обещание выполняется, личные споры не срывают работу, документ доводится до конца, публикации выходят регулярно, участник не исчезает без объяснения, а решение Совета исполняется.</w:t>
      </w:r>
    </w:p>
    <w:p>
      <w:r>
        <w:rPr>
          <w:rFonts w:ascii="Liberation Serif" w:hAnsi="Liberation Serif" w:eastAsia="Liberation Serif"/>
          <w:sz w:val="24"/>
        </w:rPr>
        <w:t>Без дисциплины социал-патриотизм останется набором хороших фраз. С дисциплиной он может стать движением.</w:t>
      </w:r>
    </w:p>
    <w:p>
      <w:pPr>
        <w:pStyle w:val="Heading2"/>
      </w:pPr>
      <w:r>
        <w:t>46. Как ДСПР действует сейчас?</w:t>
      </w:r>
    </w:p>
    <w:p>
      <w:r>
        <w:rPr>
          <w:rFonts w:ascii="Liberation Serif" w:hAnsi="Liberation Serif" w:eastAsia="Liberation Serif"/>
          <w:sz w:val="24"/>
        </w:rPr>
        <w:t>На текущем этапе ДСПР действует как формирующееся общественно-политическое интернет-движение.</w:t>
      </w:r>
    </w:p>
    <w:p>
      <w:r>
        <w:rPr>
          <w:rFonts w:ascii="Liberation Serif" w:hAnsi="Liberation Serif" w:eastAsia="Liberation Serif"/>
          <w:sz w:val="24"/>
        </w:rPr>
        <w:t>Мы не партия. Мы не массовая организация. Мы не парламентская сила. Мы не имитируем масштаб, которого пока нет.</w:t>
      </w:r>
    </w:p>
    <w:p>
      <w:r>
        <w:rPr>
          <w:rFonts w:ascii="Liberation Serif" w:hAnsi="Liberation Serif" w:eastAsia="Liberation Serif"/>
          <w:sz w:val="24"/>
        </w:rPr>
        <w:t>Сейчас наша задача - создать основу: ясную идеологию, базовые документы, регулярные публикации, Telegram, VK, YouTube, систему набора сторонников и участников, методику работы для участника и руководителя, связи с другими движениями и сообществами, рабочий Совет, дисциплину задач и план развития.</w:t>
      </w:r>
    </w:p>
    <w:p>
      <w:r>
        <w:rPr>
          <w:rFonts w:ascii="Liberation Serif" w:hAnsi="Liberation Serif" w:eastAsia="Liberation Serif"/>
          <w:sz w:val="24"/>
        </w:rPr>
        <w:t>ДСПР действует в правовом поле.</w:t>
      </w:r>
    </w:p>
    <w:p>
      <w:pPr>
        <w:pStyle w:val="Heading1"/>
      </w:pPr>
      <w:r>
        <w:t>Раздел X. Итоговая формула</w:t>
      </w:r>
    </w:p>
    <w:p>
      <w:pPr>
        <w:pStyle w:val="Heading2"/>
      </w:pPr>
      <w:r>
        <w:t>47. Что такое Россия для социал-патриота?</w:t>
      </w:r>
    </w:p>
    <w:p>
      <w:r>
        <w:rPr>
          <w:rFonts w:ascii="Liberation Serif" w:hAnsi="Liberation Serif" w:eastAsia="Liberation Serif"/>
          <w:sz w:val="24"/>
        </w:rPr>
        <w:t>Для социал-патриота Россия - это не просто территория, не рынок, не аппарат управления и не случайное объединение людей. Россия - это Отечество.</w:t>
      </w:r>
    </w:p>
    <w:p>
      <w:r>
        <w:rPr>
          <w:rFonts w:ascii="Liberation Serif" w:hAnsi="Liberation Serif" w:eastAsia="Liberation Serif"/>
          <w:sz w:val="24"/>
        </w:rPr>
        <w:t>Это историческое государство, созданное трудом, службой, кровью, культурой, верой, памятью, наукой, армией, производством и волей многих поколений.</w:t>
      </w:r>
    </w:p>
    <w:p>
      <w:r>
        <w:rPr>
          <w:rFonts w:ascii="Liberation Serif" w:hAnsi="Liberation Serif" w:eastAsia="Liberation Serif"/>
          <w:sz w:val="24"/>
        </w:rPr>
        <w:t>Россия - это русский народ как государствообразующий, народы России как часть единого государства, русский язык как общий язык страны, армия как щит Отечества, рабочий класс как трудовая основа, семья как основа народного продолжения, государство как инструмент защиты и развития, культура как связь поколений.</w:t>
      </w:r>
    </w:p>
    <w:p>
      <w:pPr>
        <w:pStyle w:val="Heading2"/>
      </w:pPr>
      <w:r>
        <w:t>48. Каким ДСПР видит будущее России?</w:t>
      </w:r>
    </w:p>
    <w:p>
      <w:r>
        <w:rPr>
          <w:rFonts w:ascii="Liberation Serif" w:hAnsi="Liberation Serif" w:eastAsia="Liberation Serif"/>
          <w:sz w:val="24"/>
        </w:rPr>
        <w:t>ДСПР видит будущее России как будущее сильного социального национального государства.</w:t>
      </w:r>
    </w:p>
    <w:p>
      <w:r>
        <w:rPr>
          <w:rFonts w:ascii="Liberation Serif" w:hAnsi="Liberation Serif" w:eastAsia="Liberation Serif"/>
          <w:sz w:val="24"/>
        </w:rPr>
        <w:t>Это государство должно соединять социальную справедливость, защиту рабочего класса, сильную армию, гражданский национализм, государственный суверенитет, смешанную экономику, стратегическое планирование, поддержку семьи, развитие науки и производства, уважение к труду и службе, порядок и дисциплину, ответственность власти, национальное единство и величие Отечества.</w:t>
      </w:r>
    </w:p>
    <w:p>
      <w:pPr>
        <w:pStyle w:val="Heading2"/>
      </w:pPr>
      <w:r>
        <w:t>49. Что означает лозунг «Порядок. Труд. Отечество.»?</w:t>
      </w:r>
    </w:p>
    <w:p>
      <w:r>
        <w:rPr>
          <w:rFonts w:ascii="Liberation Serif" w:hAnsi="Liberation Serif" w:eastAsia="Liberation Serif"/>
          <w:sz w:val="24"/>
        </w:rPr>
        <w:t>Лозунг «Порядок. Труд. Отечество.» выражает основу ДСПР.</w:t>
      </w:r>
    </w:p>
    <w:p>
      <w:r>
        <w:rPr>
          <w:rFonts w:ascii="Liberation Serif" w:hAnsi="Liberation Serif" w:eastAsia="Liberation Serif"/>
          <w:sz w:val="24"/>
        </w:rPr>
        <w:t>Порядок означает закон, дисциплину, ответственность, управляемость и способность государства исполнять решения.</w:t>
      </w:r>
    </w:p>
    <w:p>
      <w:r>
        <w:rPr>
          <w:rFonts w:ascii="Liberation Serif" w:hAnsi="Liberation Serif" w:eastAsia="Liberation Serif"/>
          <w:sz w:val="24"/>
        </w:rPr>
        <w:t>Труд означает рабочий класс, производство, службу, знания, созидание и вклад человека в страну.</w:t>
      </w:r>
    </w:p>
    <w:p>
      <w:r>
        <w:rPr>
          <w:rFonts w:ascii="Liberation Serif" w:hAnsi="Liberation Serif" w:eastAsia="Liberation Serif"/>
          <w:sz w:val="24"/>
        </w:rPr>
        <w:t>Отечество означает Россию как историческое государство, общий дом, политическую судьбу и высшую рамку нашего действия.</w:t>
      </w:r>
    </w:p>
    <w:p>
      <w:r>
        <w:rPr>
          <w:rFonts w:ascii="Liberation Serif" w:hAnsi="Liberation Serif" w:eastAsia="Liberation Serif"/>
          <w:sz w:val="24"/>
        </w:rPr>
        <w:t>Социальная справедливость без Отечества теряет почву. Патриотизм без социальной справедливости становится вывеской. Порядок без Отечества превращается в голую управляемость. Труд без Отечества становится только способом выживания.</w:t>
      </w:r>
    </w:p>
    <w:p>
      <w:pPr>
        <w:pStyle w:val="Heading2"/>
      </w:pPr>
      <w:r>
        <w:t>50. Что означает военный лозунг «Слава России - к Победе!»?</w:t>
      </w:r>
    </w:p>
    <w:p>
      <w:r>
        <w:rPr>
          <w:rFonts w:ascii="Liberation Serif" w:hAnsi="Liberation Serif" w:eastAsia="Liberation Serif"/>
          <w:sz w:val="24"/>
        </w:rPr>
        <w:t>Военный лозунг ДСПР - «Слава России - к Победе!»</w:t>
      </w:r>
    </w:p>
    <w:p>
      <w:r>
        <w:rPr>
          <w:rFonts w:ascii="Liberation Serif" w:hAnsi="Liberation Serif" w:eastAsia="Liberation Serif"/>
          <w:sz w:val="24"/>
        </w:rPr>
        <w:t>Он выражает не агрессию, не пустой пафос и не военную романтику. Он выражает верность Отечеству, уважение к службе, признание роли армии и готовность народа идти к победе в борьбе за существование, суверенитет и будущее России.</w:t>
      </w:r>
    </w:p>
    <w:p>
      <w:r>
        <w:rPr>
          <w:rFonts w:ascii="Liberation Serif" w:hAnsi="Liberation Serif" w:eastAsia="Liberation Serif"/>
          <w:sz w:val="24"/>
        </w:rPr>
        <w:t>Слава России - это признание исторического достоинства страны, её народа, армии, культуры, труда и памяти поколений. К Победе - это направление действия.</w:t>
      </w:r>
    </w:p>
    <w:p>
      <w:r>
        <w:rPr>
          <w:rFonts w:ascii="Liberation Serif" w:hAnsi="Liberation Serif" w:eastAsia="Liberation Serif"/>
          <w:sz w:val="24"/>
        </w:rPr>
        <w:t>Победа для ДСПР - это сохранение суверенитета, защита страны, укрепление армии, восстановление уважения к труду, защита рабочего класса, преодоление хищного либерального капитализма, укрепление семьи, развитие производства, ответственность власти, гражданское национальное единство и возвращение России к историческому величию.</w:t>
      </w:r>
    </w:p>
    <w:p>
      <w:pPr>
        <w:pStyle w:val="Heading2"/>
      </w:pPr>
      <w:r>
        <w:t>51. В чём главный долг социал-патриота?</w:t>
      </w:r>
    </w:p>
    <w:p>
      <w:r>
        <w:rPr>
          <w:rFonts w:ascii="Liberation Serif" w:hAnsi="Liberation Serif" w:eastAsia="Liberation Serif"/>
          <w:sz w:val="24"/>
        </w:rPr>
        <w:t>Главный долг социал-патриота - служить развитию России через порядок, труд и Отечество.</w:t>
      </w:r>
    </w:p>
    <w:p>
      <w:r>
        <w:rPr>
          <w:rFonts w:ascii="Liberation Serif" w:hAnsi="Liberation Serif" w:eastAsia="Liberation Serif"/>
          <w:sz w:val="24"/>
        </w:rPr>
        <w:t>Социал-патриот должен уважать рабочий класс, защищать социальную справедливость, признавать значение государства, стоять за суверенитет России, уважать армию и службу, защищать гражданский национализм в правовом поле, отвергать радикализм, маргинальность и политическую истерику, вести полемику спокойно и твёрдо, работать, а не только спорить, выполнять задачи, сохранять дисциплину, учиться, исправлять ошибки и ставить общее дело выше личной позы.</w:t>
      </w:r>
    </w:p>
    <w:p>
      <w:pPr>
        <w:pStyle w:val="Heading1"/>
      </w:pPr>
      <w:r>
        <w:t>Раздел XI. Символы ДСПР</w:t>
      </w:r>
    </w:p>
    <w:p>
      <w:pPr>
        <w:pStyle w:val="Heading2"/>
      </w:pPr>
      <w:r>
        <w:t>52. Что означает политический символ ДСПР?</w:t>
      </w:r>
    </w:p>
    <w:p>
      <w:r>
        <w:rPr>
          <w:rFonts w:ascii="Liberation Serif" w:hAnsi="Liberation Serif" w:eastAsia="Liberation Serif"/>
          <w:sz w:val="24"/>
        </w:rPr>
        <w:t>Политический символ ДСПР - ястреб со звездой.</w:t>
      </w:r>
    </w:p>
    <w:p>
      <w:r>
        <w:rPr>
          <w:rFonts w:ascii="Liberation Serif" w:hAnsi="Liberation Serif" w:eastAsia="Liberation Serif"/>
          <w:sz w:val="24"/>
        </w:rPr>
        <w:t>Ястреб выражает правое, государственно-патриотическое начало движения. Это символ зоркости, воли, силы, собранности, устремлённости вверх и готовности защищать своё. Для ДСПР ястреб означает не агрессию ради агрессии, а политическую бдительность, государственный инстинкт, дисциплину и стремление к возрождению России.</w:t>
      </w:r>
    </w:p>
    <w:p>
      <w:r>
        <w:rPr>
          <w:rFonts w:ascii="Liberation Serif" w:hAnsi="Liberation Serif" w:eastAsia="Liberation Serif"/>
          <w:sz w:val="24"/>
        </w:rPr>
        <w:t>Звезда выражает левое и социальное начало движения. Это символ справедливости, труда, народной идеи, светлого ориентира и общего будущего. Для ДСПР звезда означает не догматизм и не культ прошлого, а стремление к социальной справедливости, защите рабочего класса и развитию страны в интересах народа.</w:t>
      </w:r>
    </w:p>
    <w:p>
      <w:r>
        <w:rPr>
          <w:rFonts w:ascii="Liberation Serif" w:hAnsi="Liberation Serif" w:eastAsia="Liberation Serif"/>
          <w:sz w:val="24"/>
        </w:rPr>
        <w:t>Вместе ястреб и звезда выражают суть социал-патриотизма: сила государства и социальная справедливость не должны противостоять друг другу. Они должны быть соединены ради развития России.</w:t>
      </w:r>
    </w:p>
    <w:p>
      <w:pPr>
        <w:pStyle w:val="Heading2"/>
      </w:pPr>
      <w:r>
        <w:t>53. Что означает политический флаг ДСПР?</w:t>
      </w:r>
    </w:p>
    <w:p>
      <w:r>
        <w:rPr>
          <w:rFonts w:ascii="Liberation Serif" w:hAnsi="Liberation Serif" w:eastAsia="Liberation Serif"/>
          <w:sz w:val="24"/>
        </w:rPr>
        <w:t>Политический флаг ДСПР - это триколор из белой, чёрной и красной полос.</w:t>
      </w:r>
    </w:p>
    <w:p>
      <w:r>
        <w:rPr>
          <w:rFonts w:ascii="Liberation Serif" w:hAnsi="Liberation Serif" w:eastAsia="Liberation Serif"/>
          <w:sz w:val="24"/>
        </w:rPr>
        <w:t>По форме он отсылает к российской триколорной традиции, но вместо синей полосы использует чёрную. Это подчёркивает особый смысл флага ДСПР: он говорит не только о государстве, но и о тяжести исторического пути, который проходит народ России.</w:t>
      </w:r>
    </w:p>
    <w:p>
      <w:r>
        <w:rPr>
          <w:rFonts w:ascii="Liberation Serif" w:hAnsi="Liberation Serif" w:eastAsia="Liberation Serif"/>
          <w:sz w:val="24"/>
        </w:rPr>
        <w:t>Флаг читается как историческая вертикаль - снизу вверх.</w:t>
      </w:r>
    </w:p>
    <w:p>
      <w:r>
        <w:rPr>
          <w:rFonts w:ascii="Liberation Serif" w:hAnsi="Liberation Serif" w:eastAsia="Liberation Serif"/>
          <w:sz w:val="24"/>
        </w:rPr>
        <w:t>Красный цвет - это фундамент. Он означает борьбу, жертвенность и кровь павших героев Отечества, которые отдали жизнь за народ и страну. Это основание, на котором стоит настоящее. Без памяти о жертве, труде, войне, подвиге и сопротивлении распаду невозможно говорить о будущем.</w:t>
      </w:r>
    </w:p>
    <w:p>
      <w:r>
        <w:rPr>
          <w:rFonts w:ascii="Liberation Serif" w:hAnsi="Liberation Serif" w:eastAsia="Liberation Serif"/>
          <w:sz w:val="24"/>
        </w:rPr>
        <w:t>Чёрный цвет - это настоящее бремя. Он означает тягости времени, тяжёлые испытания, кризисы и ответственность, которую несёт народ России на пути к возрождению и процветанию. Это цвет не отчаяния, а трезвого понимания: путь к будущему проходит через труд, дисциплину, борьбу с хаосом и преодоление тяжёлого состояния страны и общества.</w:t>
      </w:r>
    </w:p>
    <w:p>
      <w:r>
        <w:rPr>
          <w:rFonts w:ascii="Liberation Serif" w:hAnsi="Liberation Serif" w:eastAsia="Liberation Serif"/>
          <w:sz w:val="24"/>
        </w:rPr>
        <w:t>Белый цвет - это будущее. Он означает чистоту помыслов, благие намерения и светлое будущее, к которому должны стремиться народы России. Это цвет цели, нравственной ясности, обновления и надежды.</w:t>
      </w:r>
    </w:p>
    <w:p>
      <w:r>
        <w:rPr>
          <w:rFonts w:ascii="Liberation Serif" w:hAnsi="Liberation Serif" w:eastAsia="Liberation Serif"/>
          <w:sz w:val="24"/>
        </w:rPr>
        <w:t>Смысл флага ДСПР можно выразить так: на красном фундаменте борьбы и жертвы народ проходит через чёрное бремя настоящего к белому будущему России.</w:t>
      </w:r>
    </w:p>
    <w:p>
      <w:r>
        <w:rPr>
          <w:rFonts w:ascii="Liberation Serif" w:hAnsi="Liberation Serif" w:eastAsia="Liberation Serif"/>
          <w:sz w:val="24"/>
        </w:rPr>
        <w:t>Красный напоминает, какой ценой сохраняется Отечество. Чёрный показывает тяжесть времени, через которое проходит народ. Белый указывает на цель - чистое, сильное и справедливое будущее России.</w:t>
      </w:r>
    </w:p>
    <w:p>
      <w:r>
        <w:rPr>
          <w:rFonts w:ascii="Liberation Serif" w:hAnsi="Liberation Serif" w:eastAsia="Liberation Serif"/>
          <w:sz w:val="24"/>
        </w:rPr>
        <w:t>Флаг ДСПР - это не случайная замена цвета и не копирование чужой символики. Это политический знак социал-патриотического пути: память о жертве, трезвость перед настоящим и стремление к будущему.</w:t>
      </w:r>
    </w:p>
    <w:p>
      <w:pPr>
        <w:ind w:firstLine="0"/>
        <w:jc w:val="center"/>
      </w:pPr>
      <w:r>
        <w:rPr>
          <w:rFonts w:ascii="Liberation Serif" w:hAnsi="Liberation Serif" w:eastAsia="Liberation Serif"/>
          <w:b/>
          <w:sz w:val="26"/>
        </w:rPr>
        <w:t>Порядок. Труд. Отечество.</w:t>
      </w:r>
    </w:p>
    <w:p>
      <w:pPr>
        <w:ind w:firstLine="0"/>
        <w:jc w:val="center"/>
      </w:pPr>
      <w:r>
        <w:rPr>
          <w:rFonts w:ascii="Liberation Serif" w:hAnsi="Liberation Serif" w:eastAsia="Liberation Serif"/>
          <w:b/>
          <w:sz w:val="26"/>
        </w:rPr>
        <w:t>Слава России - к Победе!</w:t>
      </w:r>
    </w:p>
    <w:sectPr w:rsidR="00FC693F" w:rsidRPr="0006063C" w:rsidSect="00034616">
      <w:headerReference w:type="default" r:id="rId9"/>
      <w:footerReference w:type="default" r:id="rId10"/>
      <w:pgSz w:w="12240" w:h="15840"/>
      <w:pgMar w:top="1134" w:right="1134"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Liberation Serif" w:hAnsi="Liberation Serif" w:eastAsia="Liberation Serif"/>
        <w:sz w:val="18"/>
      </w:rP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Liberation Serif" w:hAnsi="Liberation Serif" w:eastAsia="Liberation Serif"/>
        <w:color w:val="6E6E6E"/>
        <w:sz w:val="18"/>
      </w:rPr>
      <w:t>Движение Социал-Патриотов России - ДСПР</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ind w:firstLine="340"/>
    </w:pPr>
    <w:rPr>
      <w:rFonts w:ascii="Liberation Serif" w:hAnsi="Liberation Serif" w:eastAsia="Liberation Serif"/>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ascii="Liberation Serif" w:hAnsi="Liberation Serif" w:eastAsia="Liberation Serif"/>
      <w:b/>
      <w:bCs/>
      <w:color w:val="5A0000"/>
      <w:sz w:val="36"/>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Liberation Serif" w:hAnsi="Liberation Serif" w:eastAsia="Liberation Serif"/>
      <w:b/>
      <w:bCs/>
      <w:color w:val="232323"/>
      <w:sz w:val="28"/>
      <w:szCs w:val="26"/>
    </w:rPr>
  </w:style>
  <w:style w:type="paragraph" w:styleId="Heading3">
    <w:name w:val="heading 3"/>
    <w:basedOn w:val="Normal"/>
    <w:next w:val="Normal"/>
    <w:link w:val="Heading3Char"/>
    <w:uiPriority w:val="9"/>
    <w:unhideWhenUsed/>
    <w:qFormat/>
    <w:rsid w:val="00FC693F"/>
    <w:pPr>
      <w:keepNext/>
      <w:keepLines/>
      <w:spacing w:before="200" w:after="120"/>
      <w:outlineLvl w:val="2"/>
    </w:pPr>
    <w:rPr>
      <w:rFonts w:asciiTheme="majorHAnsi" w:eastAsiaTheme="majorEastAsia" w:hAnsiTheme="majorHAnsi" w:cstheme="majorBidi" w:ascii="Liberation Serif" w:hAnsi="Liberation Serif" w:eastAsia="Liberation Serif"/>
      <w:b/>
      <w:bCs/>
      <w:color w:val="3C3C3C"/>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20" w:line="240" w:lineRule="auto" w:before="200"/>
      <w:contextualSpacing/>
    </w:pPr>
    <w:rPr>
      <w:rFonts w:asciiTheme="majorHAnsi" w:eastAsiaTheme="majorEastAsia" w:hAnsiTheme="majorHAnsi" w:cstheme="majorBidi" w:ascii="Liberation Serif" w:hAnsi="Liberation Serif" w:eastAsia="Liberation Serif"/>
      <w:b/>
      <w:color w:val="5A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259" w:lineRule="auto"/>
      <w:ind w:firstLine="340"/>
    </w:pPr>
    <w:rPr>
      <w:rFonts w:ascii="Liberation Serif" w:hAnsi="Liberation Serif" w:eastAsia="Liberation Serif"/>
      <w:sz w:val="24"/>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SPQuote">
    <w:name w:val="DSP Quote"/>
    <w:basedOn w:val="Normal"/>
    <w:pPr>
      <w:spacing w:before="120" w:after="120"/>
      <w:ind w:left="454" w:right="454" w:firstLine="0"/>
    </w:pPr>
    <w:rPr>
      <w: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Манифест социал-патриота</dc:title>
  <dc:subject>Базовые положения ДСПР</dc:subject>
  <dc:creator>ДСПР</dc:creator>
  <cp:keywords>ДСПР, социал-патриотизм, манифест</cp:keywords>
  <dc:description/>
  <cp:lastModifiedBy>ДСПР</cp:lastModifiedBy>
  <cp:revision>1</cp:revision>
  <dcterms:created xsi:type="dcterms:W3CDTF">2013-12-23T23:15:00Z</dcterms:created>
  <dcterms:modified xsi:type="dcterms:W3CDTF">2013-12-23T23:15:00Z</dcterms:modified>
  <cp:category/>
</cp:coreProperties>
</file>